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283"/>
        <w:gridCol w:w="1384"/>
        <w:gridCol w:w="178"/>
        <w:gridCol w:w="142"/>
        <w:gridCol w:w="1097"/>
        <w:gridCol w:w="678"/>
        <w:gridCol w:w="1203"/>
        <w:gridCol w:w="434"/>
        <w:gridCol w:w="2505"/>
      </w:tblGrid>
      <w:tr w:rsidR="004B4D30" w:rsidRPr="00B0296C" w:rsidTr="002716D5">
        <w:trPr>
          <w:jc w:val="center"/>
        </w:trPr>
        <w:tc>
          <w:tcPr>
            <w:tcW w:w="3854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C2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Estudante</w:t>
            </w:r>
            <w:proofErr w:type="spellEnd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</w:p>
        </w:tc>
        <w:tc>
          <w:tcPr>
            <w:tcW w:w="6237" w:type="dxa"/>
            <w:gridSpan w:val="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D30" w:rsidRPr="00B0296C" w:rsidTr="002716D5">
        <w:trPr>
          <w:jc w:val="center"/>
        </w:trPr>
        <w:tc>
          <w:tcPr>
            <w:tcW w:w="3854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C2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  <w:proofErr w:type="spellEnd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Turma</w:t>
            </w:r>
            <w:proofErr w:type="spellEnd"/>
          </w:p>
        </w:tc>
        <w:tc>
          <w:tcPr>
            <w:tcW w:w="6237" w:type="dxa"/>
            <w:gridSpan w:val="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 w:rsidP="00B02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D30" w:rsidRPr="00963143" w:rsidTr="002716D5">
        <w:trPr>
          <w:jc w:val="center"/>
        </w:trPr>
        <w:tc>
          <w:tcPr>
            <w:tcW w:w="3854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0296C" w:rsidRPr="00B0296C" w:rsidRDefault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Facilitador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/</w:t>
            </w:r>
          </w:p>
          <w:p w:rsidR="004B4D30" w:rsidRPr="00B0296C" w:rsidRDefault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Professor (a)</w:t>
            </w:r>
          </w:p>
        </w:tc>
        <w:tc>
          <w:tcPr>
            <w:tcW w:w="6237" w:type="dxa"/>
            <w:gridSpan w:val="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B0296C" w:rsidTr="002716D5">
        <w:trPr>
          <w:jc w:val="center"/>
        </w:trPr>
        <w:tc>
          <w:tcPr>
            <w:tcW w:w="3854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C2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  <w:proofErr w:type="spellEnd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6237" w:type="dxa"/>
            <w:gridSpan w:val="7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8733C">
              <w:rPr>
                <w:rFonts w:ascii="Times New Roman" w:hAnsi="Times New Roman" w:cs="Times New Roman" w:hint="eastAsia"/>
                <w:b/>
                <w:color w:val="FFFFFF" w:themeColor="background1"/>
                <w:sz w:val="24"/>
                <w:szCs w:val="24"/>
                <w:lang w:val="pt-BR"/>
              </w:rPr>
              <w:t>I. TEMA E CONTEXTO DA ATIVIDADE EXTENSIONISTA</w:t>
            </w:r>
          </w:p>
        </w:tc>
      </w:tr>
      <w:tr w:rsidR="00642857" w:rsidRPr="00642857" w:rsidTr="002716D5">
        <w:trPr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1. TEMA DA ATIVIDADE</w:t>
            </w: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P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CA7D89" w:rsidRPr="00CA7D89" w:rsidTr="002716D5">
        <w:trPr>
          <w:jc w:val="center"/>
        </w:trPr>
        <w:tc>
          <w:tcPr>
            <w:tcW w:w="5271" w:type="dxa"/>
            <w:gridSpan w:val="6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2. MODALIDADE DA ATIVIDADE EXTENSIONISTA</w:t>
            </w:r>
          </w:p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gridSpan w:val="4"/>
            <w:shd w:val="clear" w:color="auto" w:fill="auto"/>
            <w:vAlign w:val="center"/>
          </w:tcPr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Programa</w:t>
            </w:r>
            <w:r w:rsidR="00F071A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</w:t>
            </w:r>
          </w:p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Projeto</w:t>
            </w:r>
            <w:r w:rsidR="00F071A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</w:t>
            </w:r>
          </w:p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B0296C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Curso</w:t>
            </w:r>
            <w:r w:rsidR="00F071A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s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Oficina</w:t>
            </w:r>
            <w:r w:rsidR="00F071A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</w:t>
            </w:r>
          </w:p>
          <w:p w:rsid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Evento</w:t>
            </w:r>
            <w:r w:rsidR="00F071A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</w:t>
            </w:r>
          </w:p>
          <w:p w:rsidR="00CA7D89" w:rsidRPr="00CA7D89" w:rsidRDefault="00CA7D8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Prestação de serviços</w:t>
            </w: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3. RELAÇÃO DA ATIVIDADE COM A MODALIDADE ESCOLHIDA</w:t>
            </w: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P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67EE0" w:rsidRDefault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4. A ATIVIDADE ATENDE A QUAL </w:t>
            </w:r>
            <w:proofErr w:type="gram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PROGRAMA?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br/>
            </w: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proofErr w:type="gramEnd"/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Institucional</w:t>
            </w:r>
          </w:p>
          <w:p w:rsidR="00367EE0" w:rsidRDefault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Iniciativa privada</w:t>
            </w:r>
          </w:p>
          <w:p w:rsidR="00642857" w:rsidRP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Governamental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br/>
            </w:r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         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Política</w:t>
            </w:r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: </w:t>
            </w: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  <w:proofErr w:type="gramStart"/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Municipais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 </w:t>
            </w: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proofErr w:type="gramEnd"/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Estaduais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 </w:t>
            </w: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="00367EE0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Distritais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 </w:t>
            </w:r>
            <w:r w:rsidRPr="00D51BF7"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  <w:t>☐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Nacional</w:t>
            </w: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5. PRINCIPAL OBJETIVO — O QUE PRETENDEMOS ALCANÇAR?</w:t>
            </w: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Pr="00642857" w:rsidRDefault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8354A3" w:rsidRPr="008354A3" w:rsidTr="002716D5">
        <w:trPr>
          <w:trHeight w:val="707"/>
          <w:jc w:val="center"/>
        </w:trPr>
        <w:tc>
          <w:tcPr>
            <w:tcW w:w="7152" w:type="dxa"/>
            <w:gridSpan w:val="8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354A3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lastRenderedPageBreak/>
              <w:t>6. CARGA HORÁRIA PREVISTA PARA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REALIZAÇÃO DA ATIVIDADE </w:t>
            </w:r>
            <w:r w:rsidRPr="008354A3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EXTENSIONISTA</w:t>
            </w:r>
          </w:p>
        </w:tc>
        <w:tc>
          <w:tcPr>
            <w:tcW w:w="2939" w:type="dxa"/>
            <w:gridSpan w:val="2"/>
            <w:shd w:val="clear" w:color="auto" w:fill="auto"/>
            <w:vAlign w:val="center"/>
          </w:tcPr>
          <w:p w:rsidR="008354A3" w:rsidRPr="008354A3" w:rsidRDefault="008354A3" w:rsidP="008354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354A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00 horas</w:t>
            </w:r>
          </w:p>
        </w:tc>
      </w:tr>
      <w:tr w:rsidR="008354A3" w:rsidRPr="00963143" w:rsidTr="002716D5">
        <w:trPr>
          <w:trHeight w:val="252"/>
          <w:jc w:val="center"/>
        </w:trPr>
        <w:tc>
          <w:tcPr>
            <w:tcW w:w="7152" w:type="dxa"/>
            <w:gridSpan w:val="8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354A3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7. PERÍODO LETIVO DA ATIVIDADE EXTENSIONISTA</w:t>
            </w:r>
          </w:p>
        </w:tc>
        <w:tc>
          <w:tcPr>
            <w:tcW w:w="2939" w:type="dxa"/>
            <w:gridSpan w:val="2"/>
            <w:shd w:val="clear" w:color="auto" w:fill="auto"/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8354A3" w:rsidRPr="00963143" w:rsidTr="002716D5">
        <w:trPr>
          <w:trHeight w:val="126"/>
          <w:jc w:val="center"/>
        </w:trPr>
        <w:tc>
          <w:tcPr>
            <w:tcW w:w="7152" w:type="dxa"/>
            <w:gridSpan w:val="8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354A3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8. ANO/SEMESTRE DA ATIVIDADE EXTENSIONISTA</w:t>
            </w:r>
          </w:p>
        </w:tc>
        <w:tc>
          <w:tcPr>
            <w:tcW w:w="2939" w:type="dxa"/>
            <w:gridSpan w:val="2"/>
            <w:shd w:val="clear" w:color="auto" w:fill="auto"/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8354A3" w:rsidRPr="008354A3" w:rsidTr="002716D5">
        <w:trPr>
          <w:trHeight w:val="270"/>
          <w:jc w:val="center"/>
        </w:trPr>
        <w:tc>
          <w:tcPr>
            <w:tcW w:w="7152" w:type="dxa"/>
            <w:gridSpan w:val="8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354A3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9. UNIDADE CURRICULAR ORIENTADORA</w:t>
            </w:r>
          </w:p>
        </w:tc>
        <w:tc>
          <w:tcPr>
            <w:tcW w:w="2939" w:type="dxa"/>
            <w:gridSpan w:val="2"/>
            <w:shd w:val="clear" w:color="auto" w:fill="auto"/>
            <w:vAlign w:val="center"/>
          </w:tcPr>
          <w:p w:rsidR="008354A3" w:rsidRPr="008354A3" w:rsidRDefault="008354A3" w:rsidP="008354A3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642857" w:rsidRPr="008354A3" w:rsidTr="002716D5">
        <w:trPr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8354A3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B7C18">
              <w:rPr>
                <w:rFonts w:ascii="Times New Roman" w:hAnsi="Times New Roman" w:cs="Times New Roman" w:hint="eastAsia"/>
                <w:b/>
                <w:color w:val="FFFFFF" w:themeColor="background1"/>
                <w:sz w:val="24"/>
                <w:szCs w:val="24"/>
                <w:lang w:val="pt-BR"/>
              </w:rPr>
              <w:t>II. PROBLEMATIZAÇÃO DA ATIVIDADE EXTENSIONISTA</w:t>
            </w: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A) OBSERVAÇÃO DA REALIDADE E DEFINIÇÃO DO PROBLEMA</w:t>
            </w: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observamos? Qual problema real ou contexto motivou a atividade?</w:t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BB38D2" w:rsidRDefault="00BB38D2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P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B) PON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TOS-CHAVE</w:t>
            </w: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é mais importante compreender?</w:t>
            </w:r>
          </w:p>
          <w:p w:rsidR="00BB38D2" w:rsidRDefault="00BB38D2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Quais variáveis, materiais, cuidados ou aspectos precisam ser considerados?</w:t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BB38D2" w:rsidRDefault="00BB38D2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P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C) TEORIZAÇÃO</w:t>
            </w: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a teoria e os conhecimentos estudados ajudam a explicar sobre o problema?</w:t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BB38D2" w:rsidRDefault="00BB38D2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P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lastRenderedPageBreak/>
              <w:t>D) HIPÓTESES DE SOLUÇÃO</w:t>
            </w: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Quais alternativas viáveis, críticas e criativas foram pensadas?</w:t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BB38D2" w:rsidRDefault="00BB38D2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P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642857" w:rsidRPr="00963143" w:rsidTr="002716D5">
        <w:trPr>
          <w:jc w:val="center"/>
        </w:trPr>
        <w:tc>
          <w:tcPr>
            <w:tcW w:w="10091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E) APLICAÇÃO À REALIDADE</w:t>
            </w: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Qual solução foi escolhida? Por quê?</w:t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BB38D2" w:rsidRPr="00B0296C" w:rsidRDefault="00BB38D2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642857" w:rsidRPr="00B0296C" w:rsidRDefault="00642857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Como ela pode ser aplicada na realidade?</w:t>
            </w: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BB38D2" w:rsidRDefault="00BB38D2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642857" w:rsidRPr="00642857" w:rsidRDefault="00642857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B2243E" w:rsidRPr="00963143" w:rsidTr="002716D5">
        <w:trPr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243E" w:rsidRPr="00B0296C" w:rsidRDefault="00B2243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B2243E" w:rsidRPr="00963143" w:rsidTr="002716D5">
        <w:trPr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243E" w:rsidRPr="00B0296C" w:rsidRDefault="00B2243E" w:rsidP="00B22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2243E">
              <w:rPr>
                <w:rFonts w:ascii="Times New Roman" w:hAnsi="Times New Roman" w:cs="Times New Roman" w:hint="eastAsia"/>
                <w:b/>
                <w:sz w:val="24"/>
                <w:szCs w:val="24"/>
                <w:lang w:val="pt-BR"/>
              </w:rPr>
              <w:t>COMPETÊNCIAS A SEREM OBSERVADAS E AVALIADAS</w:t>
            </w:r>
          </w:p>
        </w:tc>
      </w:tr>
      <w:tr w:rsidR="00B2243E" w:rsidRPr="00963143" w:rsidTr="002716D5">
        <w:trPr>
          <w:trHeight w:val="439"/>
          <w:jc w:val="center"/>
        </w:trPr>
        <w:tc>
          <w:tcPr>
            <w:tcW w:w="4032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243E" w:rsidRPr="00A008F3" w:rsidRDefault="00B2243E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008F3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COGNITIVO (CONHECIMENTOS)</w:t>
            </w:r>
          </w:p>
          <w:p w:rsidR="00B2243E" w:rsidRPr="00B2243E" w:rsidRDefault="00B2243E" w:rsidP="00B224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83C4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A partir dos objetivos do curso e dos conhecimentos desenvolvidos nas unidades curriculares e demais componentes da sua formação, </w:t>
            </w:r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quais conhecimentos e competências você deverá demonstrar e aplicar durante a realização desta atividade </w:t>
            </w:r>
            <w:proofErr w:type="spellStart"/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</w:tc>
        <w:tc>
          <w:tcPr>
            <w:tcW w:w="6059" w:type="dxa"/>
            <w:gridSpan w:val="6"/>
            <w:shd w:val="clear" w:color="auto" w:fill="auto"/>
            <w:vAlign w:val="center"/>
          </w:tcPr>
          <w:p w:rsidR="00B2243E" w:rsidRPr="00B0296C" w:rsidRDefault="00B2243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B2243E" w:rsidRPr="00963143" w:rsidTr="002716D5">
        <w:trPr>
          <w:trHeight w:val="437"/>
          <w:jc w:val="center"/>
        </w:trPr>
        <w:tc>
          <w:tcPr>
            <w:tcW w:w="4032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243E" w:rsidRPr="00A96DE2" w:rsidRDefault="00B2243E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96D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PSICOMOTOR (HABILIDADES)</w:t>
            </w:r>
          </w:p>
          <w:p w:rsidR="00B2243E" w:rsidRPr="00B0296C" w:rsidRDefault="00B2243E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83C4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Considerando os objetivos do curso, os conhecimentos desenvolvidos nas unidades curriculares e nos demais componentes da sua formação, </w:t>
            </w:r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quais habilidades você deverá desenvolver, demonstrar e aplicar durante a realização da atividade </w:t>
            </w:r>
            <w:proofErr w:type="spellStart"/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>, e de que forma essas habilidades serão observadas e avaliadas ao longo da atividade?</w:t>
            </w:r>
          </w:p>
        </w:tc>
        <w:tc>
          <w:tcPr>
            <w:tcW w:w="6059" w:type="dxa"/>
            <w:gridSpan w:val="6"/>
            <w:shd w:val="clear" w:color="auto" w:fill="auto"/>
            <w:vAlign w:val="center"/>
          </w:tcPr>
          <w:p w:rsidR="00B2243E" w:rsidRPr="00B0296C" w:rsidRDefault="00B2243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B2243E" w:rsidRPr="00963143" w:rsidTr="002716D5">
        <w:trPr>
          <w:trHeight w:val="437"/>
          <w:jc w:val="center"/>
        </w:trPr>
        <w:tc>
          <w:tcPr>
            <w:tcW w:w="4032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B2243E" w:rsidRPr="00A96DE2" w:rsidRDefault="00B2243E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96D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lastRenderedPageBreak/>
              <w:t>ATITUDINAL (ATITUDES)</w:t>
            </w:r>
          </w:p>
          <w:p w:rsidR="00B2243E" w:rsidRPr="00B0296C" w:rsidRDefault="00B2243E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983C4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Considerando os objetivos do curso, os conhecimentos desenvolvidos nas unidades curriculares e nos demais componentes da sua formação, bem como as habilidades esperadas para a atividade, </w:t>
            </w:r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quais atitudes e comportamentos você deverá demonstrar durante a realização da atividade </w:t>
            </w:r>
            <w:proofErr w:type="spellStart"/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983C4C">
              <w:rPr>
                <w:rStyle w:val="Forte"/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que serão observados e avaliados ao longo de sua participação?</w:t>
            </w:r>
          </w:p>
        </w:tc>
        <w:tc>
          <w:tcPr>
            <w:tcW w:w="605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43E" w:rsidRPr="00B0296C" w:rsidRDefault="00B2243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30"/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B0296C" w:rsidRDefault="00C74A85" w:rsidP="00C74A85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pt-BR"/>
              </w:rPr>
              <w:t>III. INTERDISCIPLINARIDADE DAS UNIDADES CURRICULARES</w:t>
            </w:r>
          </w:p>
        </w:tc>
      </w:tr>
      <w:tr w:rsidR="00C74A85" w:rsidRPr="00C74A85" w:rsidTr="002716D5">
        <w:trPr>
          <w:trHeight w:val="318"/>
          <w:jc w:val="center"/>
        </w:trPr>
        <w:tc>
          <w:tcPr>
            <w:tcW w:w="4174" w:type="dxa"/>
            <w:gridSpan w:val="5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A96DE2" w:rsidRDefault="00C74A85" w:rsidP="00C74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UNIDADE CURRICULAR</w:t>
            </w:r>
          </w:p>
        </w:tc>
        <w:tc>
          <w:tcPr>
            <w:tcW w:w="5917" w:type="dxa"/>
            <w:gridSpan w:val="5"/>
            <w:shd w:val="clear" w:color="auto" w:fill="1F497D"/>
            <w:vAlign w:val="center"/>
          </w:tcPr>
          <w:p w:rsidR="00C74A85" w:rsidRPr="00B0296C" w:rsidRDefault="00C74A85" w:rsidP="00C74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CONTRIBUIÇÃO PARA A ATIVIDADE</w:t>
            </w: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4174" w:type="dxa"/>
            <w:gridSpan w:val="5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A96DE2" w:rsidRDefault="00C74A85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</w:rPr>
              <w:t>1. __________________________________</w:t>
            </w:r>
          </w:p>
        </w:tc>
        <w:tc>
          <w:tcPr>
            <w:tcW w:w="5917" w:type="dxa"/>
            <w:gridSpan w:val="5"/>
            <w:shd w:val="clear" w:color="auto" w:fill="auto"/>
            <w:vAlign w:val="center"/>
          </w:tcPr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Descreva a contribuição, conteúdo, conhecimento ou prática.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4174" w:type="dxa"/>
            <w:gridSpan w:val="5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A96DE2" w:rsidRDefault="00C74A85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</w:rPr>
              <w:t>2. __________________________________</w:t>
            </w:r>
          </w:p>
        </w:tc>
        <w:tc>
          <w:tcPr>
            <w:tcW w:w="5917" w:type="dxa"/>
            <w:gridSpan w:val="5"/>
            <w:shd w:val="clear" w:color="auto" w:fill="auto"/>
            <w:vAlign w:val="center"/>
          </w:tcPr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Descreva a contribuição, conteúdo, conhecimento ou prática.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4174" w:type="dxa"/>
            <w:gridSpan w:val="5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A96DE2" w:rsidRDefault="00C74A85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</w:rPr>
              <w:t>3. __________________________________</w:t>
            </w:r>
          </w:p>
        </w:tc>
        <w:tc>
          <w:tcPr>
            <w:tcW w:w="5917" w:type="dxa"/>
            <w:gridSpan w:val="5"/>
            <w:shd w:val="clear" w:color="auto" w:fill="auto"/>
            <w:vAlign w:val="center"/>
          </w:tcPr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Descreva a contribuição, conteúdo, conhecimento ou prática.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4174" w:type="dxa"/>
            <w:gridSpan w:val="5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A96DE2" w:rsidRDefault="00C74A85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</w:rPr>
              <w:t>4. __________________________________</w:t>
            </w:r>
          </w:p>
        </w:tc>
        <w:tc>
          <w:tcPr>
            <w:tcW w:w="5917" w:type="dxa"/>
            <w:gridSpan w:val="5"/>
            <w:shd w:val="clear" w:color="auto" w:fill="auto"/>
            <w:vAlign w:val="center"/>
          </w:tcPr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Descreva a contribuição, conteúdo, conhecimento ou prática.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4174" w:type="dxa"/>
            <w:gridSpan w:val="5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A96DE2" w:rsidRDefault="00C74A85" w:rsidP="00B2243E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</w:rPr>
              <w:t>5. ________________________________</w:t>
            </w:r>
            <w:r w:rsidRPr="00B02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</w:t>
            </w:r>
          </w:p>
        </w:tc>
        <w:tc>
          <w:tcPr>
            <w:tcW w:w="5917" w:type="dxa"/>
            <w:gridSpan w:val="5"/>
            <w:shd w:val="clear" w:color="auto" w:fill="auto"/>
            <w:vAlign w:val="center"/>
          </w:tcPr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Descreva a contribuição, conteúdo, conhecimento ou prática.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C74A85" w:rsidRPr="00963143" w:rsidTr="002716D5">
        <w:trPr>
          <w:trHeight w:val="437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B0296C" w:rsidRDefault="00C74A85" w:rsidP="00C74A85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lastRenderedPageBreak/>
              <w:t>PRODUTO FINAL — O QUE SERÁ ENTREGUE À SOCIEDADE?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C74A85" w:rsidRPr="00C74A85" w:rsidTr="002716D5">
        <w:trPr>
          <w:trHeight w:val="437"/>
          <w:jc w:val="center"/>
        </w:trPr>
        <w:tc>
          <w:tcPr>
            <w:tcW w:w="1009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BIBLIOGRAFIA / FONTES UTILIZADAS</w:t>
            </w:r>
          </w:p>
          <w:p w:rsidR="00C74A85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A85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A85" w:rsidRPr="00B0296C" w:rsidRDefault="00C74A85" w:rsidP="00642857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C74A85" w:rsidRPr="00C74A85" w:rsidTr="002716D5">
        <w:trPr>
          <w:trHeight w:val="272"/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74A85" w:rsidRPr="00B0296C" w:rsidRDefault="00C74A85" w:rsidP="006428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9D0" w:rsidRPr="00963143" w:rsidTr="002716D5">
        <w:trPr>
          <w:trHeight w:val="437"/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819D0" w:rsidRPr="000819D0" w:rsidRDefault="000819D0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B7C18">
              <w:rPr>
                <w:rFonts w:ascii="Times New Roman" w:hAnsi="Times New Roman" w:cs="Times New Roman" w:hint="eastAsia"/>
                <w:b/>
                <w:color w:val="FFFFFF" w:themeColor="background1"/>
                <w:sz w:val="24"/>
                <w:szCs w:val="24"/>
                <w:lang w:val="pt-BR"/>
              </w:rPr>
              <w:t>IV. ANÁLISE DA RELEVÂNCIA DA ATIVIDADE DE EXTENSÃO</w:t>
            </w:r>
          </w:p>
        </w:tc>
      </w:tr>
      <w:tr w:rsidR="000819D0" w:rsidRPr="00C74A85" w:rsidTr="002716D5">
        <w:trPr>
          <w:trHeight w:val="30"/>
          <w:jc w:val="center"/>
        </w:trPr>
        <w:tc>
          <w:tcPr>
            <w:tcW w:w="2470" w:type="dxa"/>
            <w:gridSpan w:val="2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819D0" w:rsidRPr="000819D0" w:rsidRDefault="00453269" w:rsidP="00453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CRITÉRIO</w:t>
            </w:r>
          </w:p>
        </w:tc>
        <w:tc>
          <w:tcPr>
            <w:tcW w:w="3479" w:type="dxa"/>
            <w:gridSpan w:val="5"/>
            <w:shd w:val="clear" w:color="auto" w:fill="1F497D"/>
            <w:vAlign w:val="center"/>
          </w:tcPr>
          <w:p w:rsidR="000819D0" w:rsidRPr="000819D0" w:rsidRDefault="00453269" w:rsidP="00453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O QUE OBSERVAR</w:t>
            </w:r>
          </w:p>
        </w:tc>
        <w:tc>
          <w:tcPr>
            <w:tcW w:w="4142" w:type="dxa"/>
            <w:gridSpan w:val="3"/>
            <w:shd w:val="clear" w:color="auto" w:fill="1F497D"/>
            <w:vAlign w:val="center"/>
          </w:tcPr>
          <w:p w:rsidR="000819D0" w:rsidRPr="000819D0" w:rsidRDefault="00453269" w:rsidP="00453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APONTAMENTOS</w:t>
            </w:r>
          </w:p>
        </w:tc>
      </w:tr>
      <w:tr w:rsidR="000819D0" w:rsidRPr="00963143" w:rsidTr="002716D5">
        <w:trPr>
          <w:trHeight w:val="612"/>
          <w:jc w:val="center"/>
        </w:trPr>
        <w:tc>
          <w:tcPr>
            <w:tcW w:w="247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819D0" w:rsidRPr="000819D0" w:rsidRDefault="00453269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Relevância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socioeconômica-</w:t>
            </w: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ambiental</w:t>
            </w:r>
            <w:proofErr w:type="spellEnd"/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0819D0" w:rsidRPr="000819D0" w:rsidRDefault="00453269" w:rsidP="004532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96D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Impacto na resolução de problemas sociais, econômicos e/ou ambientais, através da inclusão de grupos sociais, promoção cultural, prestação de serviços e/ou desenvolvimento de novos produtos.</w:t>
            </w: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0819D0" w:rsidRPr="000819D0" w:rsidRDefault="000819D0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0819D0" w:rsidRPr="00963143" w:rsidTr="002716D5">
        <w:trPr>
          <w:trHeight w:val="612"/>
          <w:jc w:val="center"/>
        </w:trPr>
        <w:tc>
          <w:tcPr>
            <w:tcW w:w="247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819D0" w:rsidRPr="000819D0" w:rsidRDefault="00453269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Caráter</w:t>
            </w:r>
            <w:proofErr w:type="spellEnd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inovador</w:t>
            </w:r>
            <w:proofErr w:type="spellEnd"/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0819D0" w:rsidRPr="000819D0" w:rsidRDefault="00453269" w:rsidP="004532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96D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Caracterização da solução proposta como nova ou significativamente melhorada, considerando soluções já disponíveis no mercado.</w:t>
            </w: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0819D0" w:rsidRPr="000819D0" w:rsidRDefault="000819D0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0819D0" w:rsidRPr="00963143" w:rsidTr="002716D5">
        <w:trPr>
          <w:trHeight w:val="612"/>
          <w:jc w:val="center"/>
        </w:trPr>
        <w:tc>
          <w:tcPr>
            <w:tcW w:w="247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819D0" w:rsidRPr="000819D0" w:rsidRDefault="00453269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Difusão</w:t>
            </w:r>
            <w:proofErr w:type="spellEnd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conhecimento</w:t>
            </w:r>
            <w:proofErr w:type="spellEnd"/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0819D0" w:rsidRPr="000819D0" w:rsidRDefault="00453269" w:rsidP="004532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Estabelecimento de relação dialógica com os outros setores da sociedade, de modo a configurar a natureza </w:t>
            </w:r>
            <w:proofErr w:type="spellStart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da proposta por </w:t>
            </w:r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meio da produção e socialização de novos conhecimentos.</w:t>
            </w: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0819D0" w:rsidRPr="000819D0" w:rsidRDefault="000819D0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0819D0" w:rsidRPr="00963143" w:rsidTr="002716D5">
        <w:trPr>
          <w:trHeight w:val="612"/>
          <w:jc w:val="center"/>
        </w:trPr>
        <w:tc>
          <w:tcPr>
            <w:tcW w:w="247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819D0" w:rsidRPr="000819D0" w:rsidRDefault="00453269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4. Relevância para a comunidade acadêmica</w:t>
            </w:r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0819D0" w:rsidRPr="000819D0" w:rsidRDefault="00453269" w:rsidP="004532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Relevância para a formação dos estudantes de graduação, considerando a </w:t>
            </w:r>
            <w:proofErr w:type="spellStart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curricularização</w:t>
            </w:r>
            <w:proofErr w:type="spellEnd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o preceito da </w:t>
            </w:r>
            <w:proofErr w:type="spellStart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indissociabilidade</w:t>
            </w:r>
            <w:proofErr w:type="spellEnd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entre extensão, ensino e iniciação científica.</w:t>
            </w: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0819D0" w:rsidRPr="000819D0" w:rsidRDefault="000819D0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0819D0" w:rsidRPr="00963143" w:rsidTr="002716D5">
        <w:trPr>
          <w:trHeight w:val="612"/>
          <w:jc w:val="center"/>
        </w:trPr>
        <w:tc>
          <w:tcPr>
            <w:tcW w:w="247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0819D0" w:rsidRPr="000819D0" w:rsidRDefault="00453269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5. Relevância para a comunidade externa</w:t>
            </w:r>
          </w:p>
        </w:tc>
        <w:tc>
          <w:tcPr>
            <w:tcW w:w="34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9D0" w:rsidRPr="000819D0" w:rsidRDefault="00453269" w:rsidP="004532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Relevância para a vida das pessoas atendidas pela ação </w:t>
            </w:r>
            <w:proofErr w:type="spellStart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extensionistas</w:t>
            </w:r>
            <w:proofErr w:type="spellEnd"/>
            <w:r w:rsidRPr="00FE68C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com evidência concretas.</w:t>
            </w:r>
          </w:p>
        </w:tc>
        <w:tc>
          <w:tcPr>
            <w:tcW w:w="41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9D0" w:rsidRPr="000819D0" w:rsidRDefault="000819D0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963143" w:rsidTr="002716D5">
        <w:trPr>
          <w:trHeight w:val="30"/>
          <w:jc w:val="center"/>
        </w:trPr>
        <w:tc>
          <w:tcPr>
            <w:tcW w:w="10091" w:type="dxa"/>
            <w:gridSpan w:val="10"/>
            <w:tcBorders>
              <w:lef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963143" w:rsidTr="002716D5">
        <w:trPr>
          <w:trHeight w:val="361"/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B4ECC">
              <w:rPr>
                <w:rFonts w:ascii="Times New Roman" w:hAnsi="Times New Roman" w:cs="Times New Roman" w:hint="eastAsia"/>
                <w:b/>
                <w:color w:val="FFFFFF" w:themeColor="background1"/>
                <w:sz w:val="24"/>
                <w:szCs w:val="24"/>
                <w:lang w:val="pt-BR"/>
              </w:rPr>
              <w:t>V. ANÁLISE DA PROPOSTA DA ATIVIDADE DE EXTENSÃO</w:t>
            </w:r>
          </w:p>
        </w:tc>
      </w:tr>
      <w:tr w:rsidR="00A11D7B" w:rsidRPr="00C74A85" w:rsidTr="002716D5">
        <w:trPr>
          <w:trHeight w:val="612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A1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963143" w:rsidTr="002716D5">
        <w:trPr>
          <w:trHeight w:val="612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A11D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JUSTIFICATIVA — QUAL PROBLEMA OU OPORTUNIDADE MOTIVOU A AÇÃO?</w:t>
            </w: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963143" w:rsidTr="002716D5">
        <w:trPr>
          <w:trHeight w:val="612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D17941" w:rsidRDefault="00A11D7B" w:rsidP="00A11D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METODOLOGIA — </w:t>
            </w:r>
            <w:r w:rsidRPr="00D17941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ETAPAS OU FASES NECESSÁRIAS AO DESENVOLVIMENTO DA AÇÃO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  <w:r w:rsidRPr="00D17941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DE EXTENSÃO PROPOSTA</w:t>
            </w: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963143" w:rsidTr="002716D5">
        <w:trPr>
          <w:trHeight w:val="612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A11D7B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lastRenderedPageBreak/>
              <w:t>PÚBLICO-ALVO — QUEM SERÁ BENEFICIADO FORA DA FACDO?</w:t>
            </w: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412"/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575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428CF">
              <w:rPr>
                <w:rFonts w:ascii="Times New Roman" w:hAnsi="Times New Roman" w:cs="Times New Roman"/>
                <w:b/>
                <w:sz w:val="24"/>
                <w:szCs w:val="24"/>
              </w:rPr>
              <w:t>CRONOGRAMA, EQUIPE E ORÇAMENTO</w:t>
            </w:r>
          </w:p>
        </w:tc>
      </w:tr>
      <w:tr w:rsidR="00575E39" w:rsidRPr="00C74A85" w:rsidTr="002716D5">
        <w:trPr>
          <w:trHeight w:val="506"/>
          <w:jc w:val="center"/>
        </w:trPr>
        <w:tc>
          <w:tcPr>
            <w:tcW w:w="2187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575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DATA/PERÍODO</w:t>
            </w:r>
          </w:p>
        </w:tc>
        <w:tc>
          <w:tcPr>
            <w:tcW w:w="3084" w:type="dxa"/>
            <w:gridSpan w:val="5"/>
            <w:shd w:val="clear" w:color="auto" w:fill="DBE5F1" w:themeFill="accent1" w:themeFillTint="33"/>
          </w:tcPr>
          <w:p w:rsidR="00575E39" w:rsidRPr="000819D0" w:rsidRDefault="00575E39" w:rsidP="00575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ATIVIDADE / ETAPA</w:t>
            </w:r>
          </w:p>
        </w:tc>
        <w:tc>
          <w:tcPr>
            <w:tcW w:w="2315" w:type="dxa"/>
            <w:gridSpan w:val="3"/>
            <w:shd w:val="clear" w:color="auto" w:fill="DBE5F1" w:themeFill="accent1" w:themeFillTint="33"/>
          </w:tcPr>
          <w:p w:rsidR="00575E39" w:rsidRPr="000819D0" w:rsidRDefault="00575E39" w:rsidP="00575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2505" w:type="dxa"/>
            <w:shd w:val="clear" w:color="auto" w:fill="DBE5F1" w:themeFill="accent1" w:themeFillTint="33"/>
          </w:tcPr>
          <w:p w:rsidR="00575E39" w:rsidRPr="000819D0" w:rsidRDefault="00575E39" w:rsidP="00575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RECURSOS / CUSTOS</w:t>
            </w:r>
          </w:p>
        </w:tc>
      </w:tr>
      <w:tr w:rsidR="00575E39" w:rsidRPr="00C74A85" w:rsidTr="002716D5">
        <w:trPr>
          <w:trHeight w:val="34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98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48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140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203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30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575E39" w:rsidRPr="00C74A85" w:rsidTr="002716D5">
        <w:trPr>
          <w:trHeight w:val="76"/>
          <w:jc w:val="center"/>
        </w:trPr>
        <w:tc>
          <w:tcPr>
            <w:tcW w:w="218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084" w:type="dxa"/>
            <w:gridSpan w:val="5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315" w:type="dxa"/>
            <w:gridSpan w:val="3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505" w:type="dxa"/>
            <w:shd w:val="clear" w:color="auto" w:fill="auto"/>
          </w:tcPr>
          <w:p w:rsidR="00575E39" w:rsidRPr="000819D0" w:rsidRDefault="00575E39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D6479" w:rsidRPr="00C74A85" w:rsidTr="002716D5">
        <w:trPr>
          <w:trHeight w:val="309"/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D6479" w:rsidRPr="000819D0" w:rsidRDefault="00AD6479" w:rsidP="00AD6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428CF">
              <w:rPr>
                <w:rFonts w:ascii="Times New Roman" w:hAnsi="Times New Roman" w:cs="Times New Roman"/>
                <w:b/>
                <w:sz w:val="24"/>
                <w:szCs w:val="24"/>
              </w:rPr>
              <w:t>INDICADORES E RESULTADOS ESPERADOS</w:t>
            </w:r>
          </w:p>
        </w:tc>
      </w:tr>
      <w:tr w:rsidR="00A11D7B" w:rsidRPr="00C74A85" w:rsidTr="002716D5">
        <w:trPr>
          <w:trHeight w:val="30"/>
          <w:jc w:val="center"/>
        </w:trPr>
        <w:tc>
          <w:tcPr>
            <w:tcW w:w="2470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D6479" w:rsidP="00AD6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INDICADOR</w:t>
            </w:r>
          </w:p>
        </w:tc>
        <w:tc>
          <w:tcPr>
            <w:tcW w:w="3479" w:type="dxa"/>
            <w:gridSpan w:val="5"/>
            <w:shd w:val="clear" w:color="auto" w:fill="DBE5F1" w:themeFill="accent1" w:themeFillTint="33"/>
            <w:vAlign w:val="center"/>
          </w:tcPr>
          <w:p w:rsidR="00A11D7B" w:rsidRPr="00FE68C2" w:rsidRDefault="00AD6479" w:rsidP="00AD6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META / QUANTIDADE</w:t>
            </w:r>
          </w:p>
        </w:tc>
        <w:tc>
          <w:tcPr>
            <w:tcW w:w="4142" w:type="dxa"/>
            <w:gridSpan w:val="3"/>
            <w:shd w:val="clear" w:color="auto" w:fill="DBE5F1" w:themeFill="accent1" w:themeFillTint="33"/>
            <w:vAlign w:val="center"/>
          </w:tcPr>
          <w:p w:rsidR="00A11D7B" w:rsidRPr="000819D0" w:rsidRDefault="00AD6479" w:rsidP="00AD64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</w:rPr>
              <w:t>RESULTADO / EVIDÊNCIA</w:t>
            </w:r>
          </w:p>
        </w:tc>
      </w:tr>
      <w:tr w:rsidR="00A11D7B" w:rsidRPr="00C74A85" w:rsidTr="002716D5">
        <w:trPr>
          <w:trHeight w:val="154"/>
          <w:jc w:val="center"/>
        </w:trPr>
        <w:tc>
          <w:tcPr>
            <w:tcW w:w="2470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A11D7B" w:rsidRPr="00FE68C2" w:rsidRDefault="00A11D7B" w:rsidP="004532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C74A85" w:rsidTr="002716D5">
        <w:trPr>
          <w:trHeight w:val="104"/>
          <w:jc w:val="center"/>
        </w:trPr>
        <w:tc>
          <w:tcPr>
            <w:tcW w:w="2470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A11D7B" w:rsidRPr="00FE68C2" w:rsidRDefault="00A11D7B" w:rsidP="004532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C74A85" w:rsidTr="002716D5">
        <w:trPr>
          <w:trHeight w:val="33"/>
          <w:jc w:val="center"/>
        </w:trPr>
        <w:tc>
          <w:tcPr>
            <w:tcW w:w="2470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A11D7B" w:rsidRPr="00FE68C2" w:rsidRDefault="00A11D7B" w:rsidP="004532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C74A85" w:rsidTr="002716D5">
        <w:trPr>
          <w:trHeight w:val="30"/>
          <w:jc w:val="center"/>
        </w:trPr>
        <w:tc>
          <w:tcPr>
            <w:tcW w:w="2470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479" w:type="dxa"/>
            <w:gridSpan w:val="5"/>
            <w:shd w:val="clear" w:color="auto" w:fill="auto"/>
            <w:vAlign w:val="center"/>
          </w:tcPr>
          <w:p w:rsidR="00A11D7B" w:rsidRPr="00FE68C2" w:rsidRDefault="00A11D7B" w:rsidP="004532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142" w:type="dxa"/>
            <w:gridSpan w:val="3"/>
            <w:shd w:val="clear" w:color="auto" w:fill="auto"/>
            <w:vAlign w:val="center"/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A11D7B" w:rsidRPr="00C74A85" w:rsidTr="002716D5">
        <w:trPr>
          <w:trHeight w:val="46"/>
          <w:jc w:val="center"/>
        </w:trPr>
        <w:tc>
          <w:tcPr>
            <w:tcW w:w="247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1D7B" w:rsidRPr="00B0296C" w:rsidRDefault="00A11D7B" w:rsidP="00453269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34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D7B" w:rsidRPr="00FE68C2" w:rsidRDefault="00A11D7B" w:rsidP="004532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1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D7B" w:rsidRPr="000819D0" w:rsidRDefault="00A11D7B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20169E" w:rsidRPr="00C74A85" w:rsidTr="002716D5">
        <w:trPr>
          <w:trHeight w:val="137"/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0169E" w:rsidRPr="000819D0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20169E" w:rsidRPr="00C74A85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0169E" w:rsidRPr="000819D0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VI. PARCERIAS INSTITUCIONAIS</w:t>
            </w:r>
          </w:p>
        </w:tc>
      </w:tr>
      <w:tr w:rsidR="0020169E" w:rsidRPr="00963143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0169E" w:rsidRPr="004439CD" w:rsidRDefault="0020169E" w:rsidP="0020169E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PARCERIA INTERNA — </w:t>
            </w:r>
            <w:r w:rsidRPr="004439C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PARCERIA ENTRE 2 OU MAIS SETORES, DEPARTAMENTOS, UNIDADES ACADÊMICAS E/OU ADMINISTRATIVAS DA FACDO</w:t>
            </w: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Pr="000819D0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20169E" w:rsidRPr="00963143" w:rsidTr="002716D5">
        <w:trPr>
          <w:trHeight w:val="46"/>
          <w:jc w:val="center"/>
        </w:trPr>
        <w:tc>
          <w:tcPr>
            <w:tcW w:w="1009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0169E" w:rsidRPr="004439CD" w:rsidRDefault="0020169E" w:rsidP="0020169E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lastRenderedPageBreak/>
              <w:t xml:space="preserve">PARCERIA EXTERNA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— </w:t>
            </w:r>
            <w:r w:rsidRPr="004439C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PARCERIA EXTERNA À FACDO COM PREVISÃO DE CONTRAPARTIDAS NÃO-FINANCEIRAS E FINANCEIRA</w:t>
            </w: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20169E" w:rsidRPr="000819D0" w:rsidRDefault="0020169E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DC0146" w:rsidRPr="00963143" w:rsidTr="002716D5">
        <w:trPr>
          <w:trHeight w:val="136"/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C0146" w:rsidRPr="000819D0" w:rsidRDefault="00DC0146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DC0146" w:rsidRPr="00963143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C0146" w:rsidRPr="000819D0" w:rsidRDefault="00DC0146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pt-BR"/>
              </w:rPr>
              <w:t>VII. AUTOAVALIAÇÃO E REGISTRO DA ATIVIDADE EXTENSIONISTA</w:t>
            </w:r>
          </w:p>
        </w:tc>
      </w:tr>
      <w:tr w:rsidR="00DC0146" w:rsidRPr="00963143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AUTOAVALIAÇÃO DA EQUIPE</w:t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funcionou bem?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precisa ser melhorado?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Quais problemas precisam ser corrigidos?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aprendemos com a experiência?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0819D0" w:rsidRDefault="00DC0146" w:rsidP="00DC0146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</w:tc>
      </w:tr>
      <w:tr w:rsidR="00DC0146" w:rsidRPr="00963143" w:rsidTr="002716D5">
        <w:trPr>
          <w:trHeight w:val="46"/>
          <w:jc w:val="center"/>
        </w:trPr>
        <w:tc>
          <w:tcPr>
            <w:tcW w:w="10091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REGISTRO DE EVIDÊNCIAS</w:t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Depoimentos: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Fotografias / registros: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Recortes jornalísticos / divulgação: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B0296C" w:rsidRDefault="00DC0146" w:rsidP="00DC0146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Outras evidências:</w:t>
            </w:r>
          </w:p>
          <w:p w:rsidR="00DC0146" w:rsidRDefault="00DC0146" w:rsidP="00DC0146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br/>
            </w:r>
          </w:p>
          <w:p w:rsidR="00DC0146" w:rsidRPr="000819D0" w:rsidRDefault="00DC0146" w:rsidP="00DC0146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B780F" w:rsidRPr="00963143" w:rsidTr="002716D5">
        <w:trPr>
          <w:trHeight w:val="30"/>
          <w:jc w:val="center"/>
        </w:trPr>
        <w:tc>
          <w:tcPr>
            <w:tcW w:w="10091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B780F" w:rsidRPr="000819D0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B780F" w:rsidRPr="00C74A85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B780F" w:rsidRPr="000819D0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REFLEXÃO FINAL DO ESTUDANTE</w:t>
            </w:r>
          </w:p>
        </w:tc>
      </w:tr>
      <w:tr w:rsidR="003B780F" w:rsidRPr="00963143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B780F" w:rsidRPr="00B0296C" w:rsidRDefault="003B780F" w:rsidP="003B780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O QUE ESTA EXPERIÊNCIA ACRESCENTOU À MINHA FORMAÇÃO?</w:t>
            </w: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Pr="000819D0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B780F" w:rsidRPr="00963143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COMO A ATIVIDADE CONTRIBUIU PARA A COMUNIDADE?</w:t>
            </w: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Pr="000819D0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3B780F" w:rsidRPr="00963143" w:rsidTr="002716D5">
        <w:trPr>
          <w:trHeight w:val="46"/>
          <w:jc w:val="center"/>
        </w:trPr>
        <w:tc>
          <w:tcPr>
            <w:tcW w:w="10091" w:type="dxa"/>
            <w:gridSpan w:val="10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B780F" w:rsidRPr="00B0296C" w:rsidRDefault="003B780F" w:rsidP="003B780F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296C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QUAL FOI A PRINCIPAL APRENDIZAGEM?</w:t>
            </w: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3B780F" w:rsidRPr="000819D0" w:rsidRDefault="003B780F" w:rsidP="00642857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Pr="00B0296C" w:rsidRDefault="00BB38D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Protocolo de Planejamento e Registro das Atividades de Extensão </w:t>
      </w:r>
      <w:proofErr w:type="spellStart"/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Curricularizada</w:t>
      </w:r>
      <w:proofErr w:type="spellEnd"/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constante da Resolução nº 0014/2024.</w:t>
      </w:r>
    </w:p>
    <w:sectPr w:rsidR="004B4D30" w:rsidRPr="00B0296C" w:rsidSect="00271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A29" w:rsidRDefault="00455A29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55A29" w:rsidRDefault="00455A29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E6" w:rsidRDefault="00D60FE6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73AB05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5D33D2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E6" w:rsidRDefault="00D60FE6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A29" w:rsidRDefault="00455A29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455A29" w:rsidRDefault="00455A29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E6" w:rsidRDefault="00D60FE6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963143" w:rsidRPr="00963143" w:rsidRDefault="00963143" w:rsidP="00963143">
    <w:pPr>
      <w:spacing w:after="0"/>
      <w:jc w:val="center"/>
      <w:rPr>
        <w:rFonts w:asciiTheme="majorHAnsi" w:hAnsiTheme="majorHAnsi" w:cs="Times New Roman"/>
        <w:b/>
        <w:sz w:val="28"/>
        <w:szCs w:val="28"/>
        <w:lang w:val="pt-BR"/>
      </w:rPr>
    </w:pPr>
    <w:bookmarkStart w:id="0" w:name="_GoBack"/>
    <w:r>
      <w:rPr>
        <w:rFonts w:asciiTheme="majorHAnsi" w:hAnsiTheme="majorHAnsi" w:cs="Times New Roman"/>
        <w:b/>
        <w:sz w:val="28"/>
        <w:szCs w:val="28"/>
        <w:lang w:val="pt-BR"/>
      </w:rPr>
      <w:t>Protocolo de Planejamento e</w:t>
    </w:r>
    <w:r w:rsidRPr="00963143">
      <w:rPr>
        <w:rFonts w:asciiTheme="majorHAnsi" w:hAnsiTheme="majorHAnsi" w:cs="Times New Roman"/>
        <w:b/>
        <w:sz w:val="28"/>
        <w:szCs w:val="28"/>
        <w:lang w:val="pt-BR"/>
      </w:rPr>
      <w:t xml:space="preserve"> Registro</w:t>
    </w:r>
    <w:r w:rsidR="00D60FE6">
      <w:rPr>
        <w:rFonts w:asciiTheme="majorHAnsi" w:hAnsiTheme="majorHAnsi" w:cs="Times New Roman"/>
        <w:b/>
        <w:sz w:val="28"/>
        <w:szCs w:val="28"/>
        <w:lang w:val="pt-BR"/>
      </w:rPr>
      <w:t xml:space="preserve"> </w:t>
    </w:r>
    <w:r>
      <w:rPr>
        <w:rFonts w:asciiTheme="majorHAnsi" w:hAnsiTheme="majorHAnsi" w:cs="Times New Roman"/>
        <w:b/>
        <w:sz w:val="28"/>
        <w:szCs w:val="28"/>
        <w:lang w:val="pt-BR"/>
      </w:rPr>
      <w:t>das Atividades d</w:t>
    </w:r>
    <w:r w:rsidRPr="00963143">
      <w:rPr>
        <w:rFonts w:asciiTheme="majorHAnsi" w:hAnsiTheme="majorHAnsi" w:cs="Times New Roman"/>
        <w:b/>
        <w:sz w:val="28"/>
        <w:szCs w:val="28"/>
        <w:lang w:val="pt-BR"/>
      </w:rPr>
      <w:t xml:space="preserve">e Extensão </w:t>
    </w:r>
    <w:proofErr w:type="spellStart"/>
    <w:r w:rsidRPr="00963143">
      <w:rPr>
        <w:rFonts w:asciiTheme="majorHAnsi" w:hAnsiTheme="majorHAnsi" w:cs="Times New Roman"/>
        <w:b/>
        <w:sz w:val="28"/>
        <w:szCs w:val="28"/>
        <w:lang w:val="pt-BR"/>
      </w:rPr>
      <w:t>Curricularizada</w:t>
    </w:r>
    <w:bookmarkEnd w:id="0"/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E6" w:rsidRDefault="00D60FE6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19D0"/>
    <w:rsid w:val="0015074B"/>
    <w:rsid w:val="001E58AA"/>
    <w:rsid w:val="0020169E"/>
    <w:rsid w:val="002716D5"/>
    <w:rsid w:val="0029639D"/>
    <w:rsid w:val="002C5ABB"/>
    <w:rsid w:val="00326F90"/>
    <w:rsid w:val="00367EE0"/>
    <w:rsid w:val="003B780F"/>
    <w:rsid w:val="004439CD"/>
    <w:rsid w:val="00453269"/>
    <w:rsid w:val="004553C3"/>
    <w:rsid w:val="00455A29"/>
    <w:rsid w:val="00461E15"/>
    <w:rsid w:val="004655A5"/>
    <w:rsid w:val="004B4D30"/>
    <w:rsid w:val="00575E39"/>
    <w:rsid w:val="00596D05"/>
    <w:rsid w:val="005B7C18"/>
    <w:rsid w:val="005F52F0"/>
    <w:rsid w:val="00642857"/>
    <w:rsid w:val="00664351"/>
    <w:rsid w:val="006A433A"/>
    <w:rsid w:val="006D426D"/>
    <w:rsid w:val="0081460E"/>
    <w:rsid w:val="008354A3"/>
    <w:rsid w:val="00841038"/>
    <w:rsid w:val="008B4ECC"/>
    <w:rsid w:val="00963143"/>
    <w:rsid w:val="009642FB"/>
    <w:rsid w:val="00983C4C"/>
    <w:rsid w:val="00A008F3"/>
    <w:rsid w:val="00A11D7B"/>
    <w:rsid w:val="00A96DE2"/>
    <w:rsid w:val="00AA1D8D"/>
    <w:rsid w:val="00AD6479"/>
    <w:rsid w:val="00AE5AAF"/>
    <w:rsid w:val="00B0296C"/>
    <w:rsid w:val="00B2243E"/>
    <w:rsid w:val="00B47730"/>
    <w:rsid w:val="00B8733C"/>
    <w:rsid w:val="00BB38D2"/>
    <w:rsid w:val="00BB7B39"/>
    <w:rsid w:val="00C2669E"/>
    <w:rsid w:val="00C428CF"/>
    <w:rsid w:val="00C74A85"/>
    <w:rsid w:val="00C804F2"/>
    <w:rsid w:val="00CA7D89"/>
    <w:rsid w:val="00CB0664"/>
    <w:rsid w:val="00D17941"/>
    <w:rsid w:val="00D51BF7"/>
    <w:rsid w:val="00D57C46"/>
    <w:rsid w:val="00D60FE6"/>
    <w:rsid w:val="00D90343"/>
    <w:rsid w:val="00DC0146"/>
    <w:rsid w:val="00DF3D56"/>
    <w:rsid w:val="00E27E56"/>
    <w:rsid w:val="00F071AC"/>
    <w:rsid w:val="00FC693F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93C636-8995-4F93-AFDE-9B2FB477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897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5732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35</cp:revision>
  <dcterms:created xsi:type="dcterms:W3CDTF">2013-12-23T23:15:00Z</dcterms:created>
  <dcterms:modified xsi:type="dcterms:W3CDTF">2026-08-21T19:22:00Z</dcterms:modified>
  <cp:category/>
</cp:coreProperties>
</file>