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3179"/>
        <w:gridCol w:w="1843"/>
        <w:gridCol w:w="23"/>
        <w:gridCol w:w="5046"/>
      </w:tblGrid>
      <w:tr w:rsidR="00E46192" w:rsidRPr="003B2CC4" w:rsidTr="007B32F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46192" w:rsidRPr="003B2CC4" w:rsidRDefault="003B2CC4" w:rsidP="00E46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DO(A) ESTUDANTE</w:t>
            </w:r>
          </w:p>
        </w:tc>
      </w:tr>
      <w:tr w:rsidR="004B4D30" w:rsidRPr="00B0296C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E46192" w:rsidP="003B2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D30" w:rsidRPr="00601950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3B2CC4" w:rsidP="003B2CC4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601950" w:rsidRDefault="004B4D30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3B2CC4" w:rsidRPr="00601950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3B2CC4" w:rsidRDefault="003B2CC4" w:rsidP="003B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601950" w:rsidRDefault="003B2CC4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601950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3B2CC4" w:rsidP="003B2CC4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da 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B0296C" w:rsidTr="003B2CC4">
        <w:trPr>
          <w:jc w:val="center"/>
        </w:trPr>
        <w:tc>
          <w:tcPr>
            <w:tcW w:w="3179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3B2CC4" w:rsidP="003B2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Função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desempenhada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601950" w:rsidTr="002716D5">
        <w:trPr>
          <w:jc w:val="center"/>
        </w:trPr>
        <w:tc>
          <w:tcPr>
            <w:tcW w:w="10091" w:type="dxa"/>
            <w:gridSpan w:val="4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D77925" w:rsidP="00D77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B4CF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  <w:t>CRITÉRIOS DE AVALIAÇÃO</w:t>
            </w:r>
          </w:p>
        </w:tc>
      </w:tr>
      <w:tr w:rsidR="00D77925" w:rsidRPr="00C64186" w:rsidTr="00D77925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533A6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1. Engajamento e participação</w:t>
            </w:r>
          </w:p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seu nível de envolvimento nas atividades, sua iniciativa e colaboração com os</w:t>
            </w:r>
            <w:r w:rsid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colegas.</w:t>
            </w:r>
          </w:p>
        </w:tc>
      </w:tr>
      <w:tr w:rsidR="00D77925" w:rsidRPr="00C64186" w:rsidTr="00D77925">
        <w:trPr>
          <w:trHeight w:val="3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Participação limitada ou ausente. Pouca ou nenhuma iniciativa.</w:t>
            </w:r>
          </w:p>
        </w:tc>
      </w:tr>
      <w:tr w:rsidR="00D77925" w:rsidRPr="00C64186" w:rsidTr="00D77925">
        <w:trPr>
          <w:trHeight w:val="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Participação regular, com momentos de colaboração e</w:t>
            </w:r>
            <w:r w:rsid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engajamento.</w:t>
            </w:r>
          </w:p>
        </w:tc>
      </w:tr>
      <w:tr w:rsidR="00D77925" w:rsidRPr="00C64186" w:rsidTr="00D77925">
        <w:trPr>
          <w:trHeight w:val="34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Participação ativa e constante, demonstrando liderança e</w:t>
            </w:r>
            <w:r w:rsid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iniciativa.</w:t>
            </w:r>
          </w:p>
        </w:tc>
      </w:tr>
      <w:tr w:rsidR="00642857" w:rsidRPr="00C64186" w:rsidTr="00D77925">
        <w:trPr>
          <w:trHeight w:val="79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533A6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2. Domínio de competências (conhecimentos, habilidades e atitudes)</w:t>
            </w:r>
          </w:p>
          <w:p w:rsidR="00642857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como você aplicou os conhecimentos adquiridos, desenvolveu habilidades práticas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atitudes demonstradas específicas ao longo da atividade.</w:t>
            </w:r>
          </w:p>
        </w:tc>
      </w:tr>
      <w:tr w:rsidR="00D77925" w:rsidRPr="003B2CC4" w:rsidTr="0006401C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7925" w:rsidRPr="0082665B" w:rsidRDefault="00D77925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77925" w:rsidRPr="0082665B" w:rsidRDefault="00D77925" w:rsidP="0006401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 em aplicar conhecimentos e desenvolver habilidades.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Necessita de apoio.</w:t>
            </w:r>
          </w:p>
        </w:tc>
      </w:tr>
      <w:tr w:rsidR="00D77925" w:rsidRPr="00C64186" w:rsidTr="00DB4FB7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Aplicar os conhecimentos e habilidades de maneira adequada,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progresso visível.</w:t>
            </w:r>
          </w:p>
        </w:tc>
      </w:tr>
      <w:tr w:rsidR="00D77925" w:rsidRPr="00C64186" w:rsidTr="00DB4FB7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 domínio avançado das competências, superando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expectativas.</w:t>
            </w:r>
          </w:p>
        </w:tc>
      </w:tr>
      <w:tr w:rsidR="00642857" w:rsidRPr="00C64186" w:rsidTr="0006401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47DB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3. Trabalho em grupo</w:t>
            </w:r>
          </w:p>
          <w:p w:rsidR="00642857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Avalie sua contribuição para o sucesso do trabalho em grupo e como foi sua interação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os colegas.</w:t>
            </w:r>
          </w:p>
        </w:tc>
      </w:tr>
      <w:tr w:rsidR="0006401C" w:rsidRPr="00C64186" w:rsidTr="0006401C">
        <w:trPr>
          <w:trHeight w:val="707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6401C" w:rsidRPr="0082665B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lastRenderedPageBreak/>
              <w:t>Conceitos:</w:t>
            </w:r>
          </w:p>
          <w:p w:rsidR="0006401C" w:rsidRPr="0082665B" w:rsidRDefault="0006401C" w:rsidP="0006401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06401C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Baixa colaboração ou problemas de interação.</w:t>
            </w:r>
          </w:p>
        </w:tc>
      </w:tr>
      <w:tr w:rsidR="0006401C" w:rsidRPr="00C64186" w:rsidTr="0006401C">
        <w:trPr>
          <w:trHeight w:val="252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82665B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06401C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adequada e boa interação com os colegas, ainda que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alguns desafios.</w:t>
            </w:r>
          </w:p>
        </w:tc>
      </w:tr>
      <w:tr w:rsidR="0006401C" w:rsidRPr="00C64186" w:rsidTr="0006401C">
        <w:trPr>
          <w:trHeight w:val="126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82665B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06401C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essencial para o sucesso do grupo, com interações e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colaborativas.</w:t>
            </w:r>
          </w:p>
        </w:tc>
      </w:tr>
      <w:tr w:rsidR="00024B8E" w:rsidRPr="00C64186" w:rsidTr="00DA1DA2">
        <w:trPr>
          <w:trHeight w:val="270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47DB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4. Qualidade do produto final</w:t>
            </w:r>
          </w:p>
          <w:p w:rsidR="00024B8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a qualidade do resultado final entregue pela equipe e como sua atuação contribuiu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para isso.</w:t>
            </w:r>
          </w:p>
        </w:tc>
      </w:tr>
      <w:tr w:rsidR="00DA1DA2" w:rsidRPr="00C64186" w:rsidTr="00964F6B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A1DA2" w:rsidRPr="0082665B" w:rsidRDefault="00DA1DA2" w:rsidP="00DA1DA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Produto final abaixo das expectativas, com pouca ou nenhuma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relevante.</w:t>
            </w:r>
          </w:p>
        </w:tc>
      </w:tr>
      <w:tr w:rsidR="00DA1DA2" w:rsidRPr="00C64186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Produto final de boa qualidade, com contribuições adequadas.</w:t>
            </w:r>
          </w:p>
        </w:tc>
      </w:tr>
      <w:tr w:rsidR="00DA1DA2" w:rsidRPr="00C64186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Produto final de alta qualidade, superando as expectativas, com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significativa.</w:t>
            </w:r>
          </w:p>
        </w:tc>
      </w:tr>
      <w:tr w:rsidR="00DA1DA2" w:rsidRPr="00C64186" w:rsidTr="00DA1DA2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47DB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5. Capacidade de autogestão</w:t>
            </w:r>
          </w:p>
          <w:p w:rsidR="00DA1DA2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como você específica seu tempo, gerencia suas tarefas e lida com prazos e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responsabilidades.</w:t>
            </w:r>
          </w:p>
        </w:tc>
      </w:tr>
      <w:tr w:rsidR="00DA1DA2" w:rsidRPr="00C64186" w:rsidTr="00FA2F6A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A1DA2" w:rsidRPr="0082665B" w:rsidRDefault="00DA1DA2" w:rsidP="00DA1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82665B" w:rsidRDefault="0082665B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Dificuldades para gerenciar o tempo e cumprir prazos.</w:t>
            </w:r>
          </w:p>
        </w:tc>
      </w:tr>
      <w:tr w:rsidR="00DA1DA2" w:rsidRPr="00C64186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82665B" w:rsidRDefault="0082665B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Organização adequada e cumprimento dos prazos, com alguns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ajustes necessários.</w:t>
            </w:r>
          </w:p>
        </w:tc>
      </w:tr>
      <w:tr w:rsidR="00DA1DA2" w:rsidRPr="00C64186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82665B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82665B" w:rsidRDefault="0082665B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Excelente autogestão, com planejamento eficaz e cumprimento de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responsabilidades.</w:t>
            </w: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B12BAF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IV:</w:t>
      </w:r>
      <w:r w:rsidR="00B12BA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Protocolo de </w:t>
      </w:r>
      <w:proofErr w:type="spellStart"/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>autoavaliação</w:t>
      </w:r>
      <w:proofErr w:type="spellEnd"/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 estudantil nas atividades </w:t>
      </w:r>
      <w:proofErr w:type="spellStart"/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>extensionistas</w:t>
      </w:r>
      <w:proofErr w:type="spellEnd"/>
      <w:r w:rsidR="00B12BA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(Instrumento para </w:t>
      </w:r>
      <w:proofErr w:type="spellStart"/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>autoavaliação</w:t>
      </w:r>
      <w:proofErr w:type="spellEnd"/>
      <w:r w:rsidR="00B12BAF" w:rsidRPr="00B12BAF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 qualitativa para uso do estudante)</w:t>
      </w:r>
      <w:r w:rsidR="00B12BA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sectPr w:rsidR="004B4D30" w:rsidSect="00271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DF5" w:rsidRDefault="004A3DF5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A3DF5" w:rsidRDefault="004A3DF5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186" w:rsidRDefault="00C64186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45D93E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2E378F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186" w:rsidRDefault="00C64186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DF5" w:rsidRDefault="004A3DF5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4A3DF5" w:rsidRDefault="004A3DF5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186" w:rsidRDefault="00C64186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601950" w:rsidRDefault="00601950" w:rsidP="0060195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bookmarkStart w:id="0" w:name="_GoBack"/>
    <w:r>
      <w:rPr>
        <w:rFonts w:asciiTheme="majorHAnsi" w:hAnsiTheme="majorHAnsi" w:cs="Times New Roman"/>
        <w:b/>
        <w:sz w:val="28"/>
        <w:szCs w:val="28"/>
        <w:lang w:val="pt-BR"/>
      </w:rPr>
      <w:t xml:space="preserve">Protocolo </w:t>
    </w:r>
    <w:r w:rsidR="00C64186">
      <w:rPr>
        <w:rFonts w:ascii="Arial" w:hAnsi="Arial" w:cs="Arial"/>
        <w:b/>
        <w:bCs/>
        <w:sz w:val="24"/>
        <w:szCs w:val="24"/>
        <w:lang w:val="pt-BR"/>
      </w:rPr>
      <w:t xml:space="preserve">de </w:t>
    </w:r>
    <w:proofErr w:type="spellStart"/>
    <w:r w:rsidR="00C64186">
      <w:rPr>
        <w:rFonts w:ascii="Arial" w:hAnsi="Arial" w:cs="Arial"/>
        <w:b/>
        <w:bCs/>
        <w:sz w:val="24"/>
        <w:szCs w:val="24"/>
        <w:lang w:val="pt-BR"/>
      </w:rPr>
      <w:t>Autoavaliação</w:t>
    </w:r>
    <w:proofErr w:type="spellEnd"/>
    <w:r w:rsidR="00C64186">
      <w:rPr>
        <w:rFonts w:ascii="Arial" w:hAnsi="Arial" w:cs="Arial"/>
        <w:b/>
        <w:bCs/>
        <w:sz w:val="24"/>
        <w:szCs w:val="24"/>
        <w:lang w:val="pt-BR"/>
      </w:rPr>
      <w:t xml:space="preserve"> Qualitativa Estudantil nas Atividades </w:t>
    </w:r>
    <w:proofErr w:type="spellStart"/>
    <w:r w:rsidR="00C64186">
      <w:rPr>
        <w:rFonts w:ascii="Arial" w:hAnsi="Arial" w:cs="Arial"/>
        <w:b/>
        <w:bCs/>
        <w:sz w:val="24"/>
        <w:szCs w:val="24"/>
        <w:lang w:val="pt-BR"/>
      </w:rPr>
      <w:t>E</w:t>
    </w:r>
    <w:r w:rsidR="003B2CC4">
      <w:rPr>
        <w:rFonts w:ascii="Arial" w:hAnsi="Arial" w:cs="Arial"/>
        <w:b/>
        <w:bCs/>
        <w:sz w:val="24"/>
        <w:szCs w:val="24"/>
        <w:lang w:val="pt-BR"/>
      </w:rPr>
      <w:t>xtensionistas</w:t>
    </w:r>
    <w:bookmarkEnd w:id="0"/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186" w:rsidRDefault="00C64186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15074B"/>
    <w:rsid w:val="001E58AA"/>
    <w:rsid w:val="0020169E"/>
    <w:rsid w:val="002716D5"/>
    <w:rsid w:val="0029639D"/>
    <w:rsid w:val="002C5ABB"/>
    <w:rsid w:val="002E6579"/>
    <w:rsid w:val="00326F90"/>
    <w:rsid w:val="00367EE0"/>
    <w:rsid w:val="003B2CC4"/>
    <w:rsid w:val="003B780F"/>
    <w:rsid w:val="004439CD"/>
    <w:rsid w:val="00453269"/>
    <w:rsid w:val="004553C3"/>
    <w:rsid w:val="00455A29"/>
    <w:rsid w:val="00461E15"/>
    <w:rsid w:val="004655A5"/>
    <w:rsid w:val="00495F7D"/>
    <w:rsid w:val="004A3DF5"/>
    <w:rsid w:val="004B4D30"/>
    <w:rsid w:val="00575E39"/>
    <w:rsid w:val="00596D05"/>
    <w:rsid w:val="005B6890"/>
    <w:rsid w:val="005B7C18"/>
    <w:rsid w:val="005F52F0"/>
    <w:rsid w:val="00601950"/>
    <w:rsid w:val="00635DD8"/>
    <w:rsid w:val="00642857"/>
    <w:rsid w:val="00664351"/>
    <w:rsid w:val="006A433A"/>
    <w:rsid w:val="006B4CF1"/>
    <w:rsid w:val="006D426D"/>
    <w:rsid w:val="007B1CA6"/>
    <w:rsid w:val="0081460E"/>
    <w:rsid w:val="0082665B"/>
    <w:rsid w:val="008354A3"/>
    <w:rsid w:val="00841038"/>
    <w:rsid w:val="008B4ECC"/>
    <w:rsid w:val="00925A0A"/>
    <w:rsid w:val="00963143"/>
    <w:rsid w:val="009642FB"/>
    <w:rsid w:val="00983C4C"/>
    <w:rsid w:val="00A008F3"/>
    <w:rsid w:val="00A11D7B"/>
    <w:rsid w:val="00A47DBE"/>
    <w:rsid w:val="00A533A6"/>
    <w:rsid w:val="00A96DE2"/>
    <w:rsid w:val="00AA1D8D"/>
    <w:rsid w:val="00AD6479"/>
    <w:rsid w:val="00AE5AAF"/>
    <w:rsid w:val="00B0296C"/>
    <w:rsid w:val="00B12BAF"/>
    <w:rsid w:val="00B2243E"/>
    <w:rsid w:val="00B47730"/>
    <w:rsid w:val="00B72420"/>
    <w:rsid w:val="00B8733C"/>
    <w:rsid w:val="00BB38D2"/>
    <w:rsid w:val="00BB7B39"/>
    <w:rsid w:val="00C2669E"/>
    <w:rsid w:val="00C409DC"/>
    <w:rsid w:val="00C428CF"/>
    <w:rsid w:val="00C64186"/>
    <w:rsid w:val="00C74A85"/>
    <w:rsid w:val="00C804F2"/>
    <w:rsid w:val="00CA7D89"/>
    <w:rsid w:val="00CB0664"/>
    <w:rsid w:val="00D17941"/>
    <w:rsid w:val="00D51BF7"/>
    <w:rsid w:val="00D57C46"/>
    <w:rsid w:val="00D60FE6"/>
    <w:rsid w:val="00D77925"/>
    <w:rsid w:val="00D90343"/>
    <w:rsid w:val="00DA1DA2"/>
    <w:rsid w:val="00DC0146"/>
    <w:rsid w:val="00DF3D56"/>
    <w:rsid w:val="00E27E56"/>
    <w:rsid w:val="00E46192"/>
    <w:rsid w:val="00E63C57"/>
    <w:rsid w:val="00F071AC"/>
    <w:rsid w:val="00F30CF4"/>
    <w:rsid w:val="00FA51AD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2E5A6F-0738-4D7B-90D3-5A64EE12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52</cp:revision>
  <dcterms:created xsi:type="dcterms:W3CDTF">2013-12-23T23:15:00Z</dcterms:created>
  <dcterms:modified xsi:type="dcterms:W3CDTF">2026-08-24T19:15:00Z</dcterms:modified>
  <cp:category/>
</cp:coreProperties>
</file>