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091" w:type="dxa"/>
        <w:jc w:val="center"/>
        <w:tblLayout w:type="fixed"/>
        <w:tblLook w:val="04A0" w:firstRow="1" w:lastRow="0" w:firstColumn="1" w:lastColumn="0" w:noHBand="0" w:noVBand="1"/>
      </w:tblPr>
      <w:tblGrid>
        <w:gridCol w:w="3179"/>
        <w:gridCol w:w="1843"/>
        <w:gridCol w:w="23"/>
        <w:gridCol w:w="5046"/>
      </w:tblGrid>
      <w:tr w:rsidR="00E46192" w:rsidRPr="003B2CC4" w:rsidTr="007B32FC">
        <w:trPr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46192" w:rsidRPr="003B2CC4" w:rsidRDefault="003B2CC4" w:rsidP="00E46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DO(A) ESTUDANTE</w:t>
            </w:r>
          </w:p>
        </w:tc>
      </w:tr>
      <w:tr w:rsidR="004B4D30" w:rsidRPr="00B0296C" w:rsidTr="003B2CC4">
        <w:trPr>
          <w:jc w:val="center"/>
        </w:trPr>
        <w:tc>
          <w:tcPr>
            <w:tcW w:w="3179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3B2CC4" w:rsidRDefault="00E46192" w:rsidP="003B2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Nome:</w:t>
            </w:r>
          </w:p>
        </w:tc>
        <w:tc>
          <w:tcPr>
            <w:tcW w:w="691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D30" w:rsidRPr="00601950" w:rsidTr="003B2CC4">
        <w:trPr>
          <w:jc w:val="center"/>
        </w:trPr>
        <w:tc>
          <w:tcPr>
            <w:tcW w:w="3179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3B2CC4" w:rsidRDefault="003B2CC4" w:rsidP="003B2CC4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proofErr w:type="spellStart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Curso</w:t>
            </w:r>
            <w:proofErr w:type="spellEnd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91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601950" w:rsidRDefault="004B4D30" w:rsidP="00B0296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3B2CC4" w:rsidRPr="00601950" w:rsidTr="003B2CC4">
        <w:trPr>
          <w:jc w:val="center"/>
        </w:trPr>
        <w:tc>
          <w:tcPr>
            <w:tcW w:w="3179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B2CC4" w:rsidRPr="003B2CC4" w:rsidRDefault="003B2CC4" w:rsidP="003B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proofErr w:type="spellStart"/>
            <w:r w:rsidRPr="003B2CC4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Período</w:t>
            </w:r>
            <w:proofErr w:type="spellEnd"/>
            <w:r w:rsidRPr="003B2CC4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B2CC4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Semestre</w:t>
            </w:r>
            <w:proofErr w:type="spellEnd"/>
            <w:r w:rsidRPr="003B2CC4">
              <w:rPr>
                <w:rStyle w:val="Forte"/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1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B2CC4" w:rsidRPr="00601950" w:rsidRDefault="003B2CC4" w:rsidP="00B0296C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bookmarkEnd w:id="0"/>
      <w:tr w:rsidR="004B4D30" w:rsidRPr="00601950" w:rsidTr="003B2CC4">
        <w:trPr>
          <w:jc w:val="center"/>
        </w:trPr>
        <w:tc>
          <w:tcPr>
            <w:tcW w:w="3179" w:type="dxa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3B2CC4" w:rsidRDefault="003B2CC4" w:rsidP="003B2CC4">
            <w:pP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da </w:t>
            </w:r>
            <w:proofErr w:type="spellStart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Atividade</w:t>
            </w:r>
            <w:proofErr w:type="spellEnd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Projeto</w:t>
            </w:r>
            <w:proofErr w:type="spellEnd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91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4B4D30" w:rsidRPr="00B0296C" w:rsidTr="003B2CC4">
        <w:trPr>
          <w:jc w:val="center"/>
        </w:trPr>
        <w:tc>
          <w:tcPr>
            <w:tcW w:w="3179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3B2CC4" w:rsidRDefault="003B2CC4" w:rsidP="003B2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Atividade</w:t>
            </w:r>
            <w:proofErr w:type="spellEnd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Função</w:t>
            </w:r>
            <w:proofErr w:type="spellEnd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desempenhada</w:t>
            </w:r>
            <w:proofErr w:type="spellEnd"/>
            <w:r w:rsidRPr="003B2CC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912" w:type="dxa"/>
            <w:gridSpan w:val="3"/>
            <w:tcBorders>
              <w:bottom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B4D30" w:rsidRPr="00B0296C" w:rsidRDefault="004B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857" w:rsidRPr="00B0296C" w:rsidTr="002716D5">
        <w:trPr>
          <w:jc w:val="center"/>
        </w:trPr>
        <w:tc>
          <w:tcPr>
            <w:tcW w:w="10091" w:type="dxa"/>
            <w:gridSpan w:val="4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B0296C" w:rsidRDefault="00642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857" w:rsidRPr="00601950" w:rsidTr="002716D5">
        <w:trPr>
          <w:jc w:val="center"/>
        </w:trPr>
        <w:tc>
          <w:tcPr>
            <w:tcW w:w="10091" w:type="dxa"/>
            <w:gridSpan w:val="4"/>
            <w:shd w:val="clear" w:color="auto" w:fill="1F497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642857" w:rsidRPr="00642857" w:rsidRDefault="00D77925" w:rsidP="00D779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B4CF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pt-BR"/>
              </w:rPr>
              <w:t>CRITÉRIOS DE AVALIAÇÃO</w:t>
            </w:r>
          </w:p>
        </w:tc>
      </w:tr>
      <w:tr w:rsidR="00D77925" w:rsidRPr="009E0FFF" w:rsidTr="00D77925">
        <w:trPr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533A6" w:rsidRPr="0082665B" w:rsidRDefault="00A533A6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1. Engajamento e participação</w:t>
            </w:r>
          </w:p>
          <w:p w:rsidR="00D77925" w:rsidRPr="0082665B" w:rsidRDefault="00A533A6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Avaliar seu nível de envolvimento nas atividades, sua iniciativa e colaboração com os</w:t>
            </w:r>
            <w:r w:rsid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colegas.</w:t>
            </w:r>
          </w:p>
        </w:tc>
      </w:tr>
      <w:tr w:rsidR="00D73842" w:rsidRPr="009E0FFF" w:rsidTr="00FC14A2">
        <w:trPr>
          <w:trHeight w:val="331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Nota:</w:t>
            </w:r>
          </w:p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(_____) 0 a 10: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3842" w:rsidRPr="0082665B" w:rsidRDefault="00D73842" w:rsidP="00D738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Participação limitada ou ausente. Pouca ou nenhuma iniciativa.</w:t>
            </w:r>
          </w:p>
        </w:tc>
      </w:tr>
      <w:tr w:rsidR="00D73842" w:rsidRPr="009E0FFF" w:rsidTr="00FC14A2">
        <w:trPr>
          <w:trHeight w:val="31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(_____) 0 a 10: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3842" w:rsidRPr="0082665B" w:rsidRDefault="00D73842" w:rsidP="00D738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Participação regular, com momentos de colaboração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engajamento.</w:t>
            </w:r>
          </w:p>
        </w:tc>
      </w:tr>
      <w:tr w:rsidR="00D73842" w:rsidRPr="009E0FFF" w:rsidTr="00FC14A2">
        <w:trPr>
          <w:trHeight w:val="34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(_____) 0 a 10: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3842" w:rsidRPr="0082665B" w:rsidRDefault="00D73842" w:rsidP="00D738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Participação ativa e constante, demonstrando liderança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iniciativa.</w:t>
            </w:r>
          </w:p>
        </w:tc>
      </w:tr>
      <w:tr w:rsidR="00642857" w:rsidRPr="009E0FFF" w:rsidTr="00D77925">
        <w:trPr>
          <w:trHeight w:val="79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533A6" w:rsidRPr="0082665B" w:rsidRDefault="00A533A6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2. Domínio de competências (conhecimentos, habilidades e atitudes)</w:t>
            </w:r>
          </w:p>
          <w:p w:rsidR="00642857" w:rsidRPr="0082665B" w:rsidRDefault="00A533A6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Avaliar como você aplicou os conhecimentos adquiridos, desenvolveu habilidades práticas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 atitudes demonstradas específicas ao longo da atividade.</w:t>
            </w:r>
          </w:p>
        </w:tc>
      </w:tr>
      <w:tr w:rsidR="00D73842" w:rsidRPr="00D73842" w:rsidTr="0006401C">
        <w:trPr>
          <w:trHeight w:val="90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Nota:</w:t>
            </w:r>
          </w:p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(_____) 0 a 10: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3842" w:rsidRPr="0082665B" w:rsidRDefault="00D73842" w:rsidP="00D738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Dificuldade em aplicar conhecimentos e desenvolver habilidades.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Necessita de apoio.</w:t>
            </w:r>
          </w:p>
        </w:tc>
      </w:tr>
      <w:tr w:rsidR="00D73842" w:rsidRPr="009E0FFF" w:rsidTr="007F03B5">
        <w:trPr>
          <w:trHeight w:val="90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(_____) 0 a 10: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3842" w:rsidRPr="0082665B" w:rsidRDefault="00D73842" w:rsidP="00D738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Aplicar os conhecimentos e habilidades de maneira adequada,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 progresso visível.</w:t>
            </w:r>
          </w:p>
        </w:tc>
      </w:tr>
      <w:tr w:rsidR="00D73842" w:rsidRPr="009E0FFF" w:rsidTr="007F03B5">
        <w:trPr>
          <w:trHeight w:val="90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(_____) 0 a 10: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3842" w:rsidRPr="0082665B" w:rsidRDefault="00D73842" w:rsidP="00D738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Demonstra domínio avançado das competências, superando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expectativas.</w:t>
            </w:r>
          </w:p>
        </w:tc>
      </w:tr>
      <w:tr w:rsidR="00642857" w:rsidRPr="009E0FFF" w:rsidTr="0006401C">
        <w:trPr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47DBE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3. Trabalho em grupo</w:t>
            </w:r>
          </w:p>
          <w:p w:rsidR="00642857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Avalie sua contribuição para o sucesso do trabalho em grupo e como foi sua interação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 os colegas.</w:t>
            </w:r>
          </w:p>
        </w:tc>
      </w:tr>
      <w:tr w:rsidR="00D73842" w:rsidRPr="009E0FFF" w:rsidTr="0006401C">
        <w:trPr>
          <w:trHeight w:val="707"/>
          <w:jc w:val="center"/>
        </w:trPr>
        <w:tc>
          <w:tcPr>
            <w:tcW w:w="5022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Nota:</w:t>
            </w:r>
          </w:p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(_____) 0 a 10:</w:t>
            </w:r>
          </w:p>
        </w:tc>
        <w:tc>
          <w:tcPr>
            <w:tcW w:w="5069" w:type="dxa"/>
            <w:gridSpan w:val="2"/>
            <w:shd w:val="clear" w:color="auto" w:fill="auto"/>
            <w:vAlign w:val="center"/>
          </w:tcPr>
          <w:p w:rsidR="00D73842" w:rsidRPr="0082665B" w:rsidRDefault="00D73842" w:rsidP="00D738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Baixa colaboração ou problemas de interação.</w:t>
            </w:r>
          </w:p>
        </w:tc>
      </w:tr>
      <w:tr w:rsidR="00D73842" w:rsidRPr="009E0FFF" w:rsidTr="00752091">
        <w:trPr>
          <w:trHeight w:val="252"/>
          <w:jc w:val="center"/>
        </w:trPr>
        <w:tc>
          <w:tcPr>
            <w:tcW w:w="5022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(_____) 0 a 10:</w:t>
            </w:r>
          </w:p>
        </w:tc>
        <w:tc>
          <w:tcPr>
            <w:tcW w:w="5069" w:type="dxa"/>
            <w:gridSpan w:val="2"/>
            <w:shd w:val="clear" w:color="auto" w:fill="auto"/>
            <w:vAlign w:val="center"/>
          </w:tcPr>
          <w:p w:rsidR="00D73842" w:rsidRPr="0082665B" w:rsidRDefault="00D73842" w:rsidP="00D738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Contribuição adequada e boa interação com os colegas, ainda que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com alguns desafios.</w:t>
            </w:r>
          </w:p>
        </w:tc>
      </w:tr>
      <w:tr w:rsidR="00D73842" w:rsidRPr="009E0FFF" w:rsidTr="00752091">
        <w:trPr>
          <w:trHeight w:val="126"/>
          <w:jc w:val="center"/>
        </w:trPr>
        <w:tc>
          <w:tcPr>
            <w:tcW w:w="5022" w:type="dxa"/>
            <w:gridSpan w:val="2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(_____) 0 a 10:</w:t>
            </w:r>
          </w:p>
        </w:tc>
        <w:tc>
          <w:tcPr>
            <w:tcW w:w="5069" w:type="dxa"/>
            <w:gridSpan w:val="2"/>
            <w:shd w:val="clear" w:color="auto" w:fill="auto"/>
            <w:vAlign w:val="center"/>
          </w:tcPr>
          <w:p w:rsidR="00D73842" w:rsidRPr="0082665B" w:rsidRDefault="00D73842" w:rsidP="00D738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Contribuição essencial para o sucesso do grupo, com interações 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colaborativas.</w:t>
            </w:r>
          </w:p>
        </w:tc>
      </w:tr>
      <w:tr w:rsidR="00024B8E" w:rsidRPr="009E0FFF" w:rsidTr="00DA1DA2">
        <w:trPr>
          <w:trHeight w:val="270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47DBE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4. Qualidade do produto final</w:t>
            </w:r>
          </w:p>
          <w:p w:rsidR="00024B8E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Avaliar a qualidade do resultado final entregue pela equipe e como sua atuação contribuiu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para isso.</w:t>
            </w:r>
          </w:p>
        </w:tc>
      </w:tr>
      <w:tr w:rsidR="00D73842" w:rsidRPr="009E0FFF" w:rsidTr="00964F6B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Nota:</w:t>
            </w:r>
          </w:p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(_____) 0 a 10: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3842" w:rsidRPr="0082665B" w:rsidRDefault="00D73842" w:rsidP="00D738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Produto final abaixo das expectativas, com pouca ou nenhuma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contribuição relevante.</w:t>
            </w:r>
          </w:p>
        </w:tc>
      </w:tr>
      <w:tr w:rsidR="00D73842" w:rsidRPr="009E0FFF" w:rsidTr="007B3E00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(_____) 0 a 10: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3842" w:rsidRPr="0082665B" w:rsidRDefault="00D73842" w:rsidP="00D738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Produto final de boa qualidade, com contribuições adequadas.</w:t>
            </w:r>
          </w:p>
        </w:tc>
      </w:tr>
      <w:tr w:rsidR="00D73842" w:rsidRPr="009E0FFF" w:rsidTr="007B3E00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(_____) 0 a 10: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3842" w:rsidRPr="0082665B" w:rsidRDefault="00D73842" w:rsidP="00D738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Produto final de alta qualidade, superando as expectativas, com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contribuição significativa.</w:t>
            </w:r>
          </w:p>
        </w:tc>
      </w:tr>
      <w:tr w:rsidR="00DA1DA2" w:rsidRPr="009E0FFF" w:rsidTr="00DA1DA2">
        <w:trPr>
          <w:trHeight w:val="415"/>
          <w:jc w:val="center"/>
        </w:trPr>
        <w:tc>
          <w:tcPr>
            <w:tcW w:w="10091" w:type="dxa"/>
            <w:gridSpan w:val="4"/>
            <w:shd w:val="clear" w:color="auto" w:fill="DBE5F1" w:themeFill="accent1" w:themeFillTint="3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47DBE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5. Capacidade de autogestão</w:t>
            </w:r>
          </w:p>
          <w:p w:rsidR="00DA1DA2" w:rsidRPr="0082665B" w:rsidRDefault="00A47DBE" w:rsidP="00C40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Avaliar como você específica seu tempo, gerencia suas tarefas e lida com prazos e</w:t>
            </w:r>
            <w:r w:rsidR="00C409D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responsabilidades.</w:t>
            </w:r>
          </w:p>
        </w:tc>
      </w:tr>
      <w:tr w:rsidR="00D73842" w:rsidRPr="009E0FFF" w:rsidTr="00FA2F6A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Nota:</w:t>
            </w:r>
          </w:p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(_____) 0 a 10: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3842" w:rsidRPr="0082665B" w:rsidRDefault="00D73842" w:rsidP="00D738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Dificuldades para gerenciar o tempo e cumprir prazos.</w:t>
            </w:r>
          </w:p>
        </w:tc>
      </w:tr>
      <w:tr w:rsidR="00D73842" w:rsidRPr="009E0FFF" w:rsidTr="00201F08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(_____) 0 a 10: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3842" w:rsidRPr="0082665B" w:rsidRDefault="00D73842" w:rsidP="00D738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Organização adequada e cumprimento dos prazos, com alguns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ajustes necessários.</w:t>
            </w:r>
          </w:p>
        </w:tc>
      </w:tr>
      <w:tr w:rsidR="00D73842" w:rsidRPr="009E0FFF" w:rsidTr="00201F08">
        <w:trPr>
          <w:trHeight w:val="415"/>
          <w:jc w:val="center"/>
        </w:trPr>
        <w:tc>
          <w:tcPr>
            <w:tcW w:w="5045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73842" w:rsidRPr="00D73842" w:rsidRDefault="00D73842" w:rsidP="00D73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842">
              <w:rPr>
                <w:rFonts w:ascii="Times New Roman" w:hAnsi="Times New Roman" w:cs="Times New Roman"/>
                <w:b/>
                <w:sz w:val="24"/>
                <w:szCs w:val="24"/>
              </w:rPr>
              <w:t>(_____) 0 a 10: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D73842" w:rsidRPr="0082665B" w:rsidRDefault="00D73842" w:rsidP="00D738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Excelente autogestão, com planejamento eficaz e cumprimento de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8266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responsabilidades.</w:t>
            </w:r>
          </w:p>
        </w:tc>
      </w:tr>
    </w:tbl>
    <w:p w:rsidR="008B4ECC" w:rsidRPr="00B0296C" w:rsidRDefault="008B4ECC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4B4D30" w:rsidRDefault="004B4D30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</w:p>
    <w:p w:rsidR="004B4D30" w:rsidRDefault="00BB38D2" w:rsidP="00D73842">
      <w:pPr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hAnsi="Times New Roman" w:cs="Times New Roman"/>
          <w:i/>
          <w:sz w:val="24"/>
          <w:szCs w:val="24"/>
          <w:lang w:val="pt-BR"/>
        </w:rPr>
        <w:t>Observação: este formulário</w:t>
      </w:r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 xml:space="preserve"> foi estruturado a partir do </w:t>
      </w:r>
      <w:r w:rsidR="00D73842" w:rsidRPr="00D73842">
        <w:rPr>
          <w:rFonts w:ascii="Times New Roman" w:hAnsi="Times New Roman" w:cs="Times New Roman" w:hint="eastAsia"/>
          <w:i/>
          <w:sz w:val="24"/>
          <w:szCs w:val="24"/>
          <w:lang w:val="pt-BR"/>
        </w:rPr>
        <w:t>APÊNDICE V:</w:t>
      </w:r>
      <w:r w:rsidR="00D73842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D73842" w:rsidRPr="00D73842">
        <w:rPr>
          <w:rFonts w:ascii="Times New Roman" w:hAnsi="Times New Roman" w:cs="Times New Roman" w:hint="eastAsia"/>
          <w:i/>
          <w:sz w:val="24"/>
          <w:szCs w:val="24"/>
          <w:lang w:val="pt-BR"/>
        </w:rPr>
        <w:t xml:space="preserve">Protocolo de </w:t>
      </w:r>
      <w:proofErr w:type="spellStart"/>
      <w:r w:rsidR="00D73842" w:rsidRPr="00D73842">
        <w:rPr>
          <w:rFonts w:ascii="Times New Roman" w:hAnsi="Times New Roman" w:cs="Times New Roman" w:hint="eastAsia"/>
          <w:i/>
          <w:sz w:val="24"/>
          <w:szCs w:val="24"/>
          <w:lang w:val="pt-BR"/>
        </w:rPr>
        <w:t>autoavaliação</w:t>
      </w:r>
      <w:proofErr w:type="spellEnd"/>
      <w:r w:rsidR="00D73842" w:rsidRPr="00D73842">
        <w:rPr>
          <w:rFonts w:ascii="Times New Roman" w:hAnsi="Times New Roman" w:cs="Times New Roman" w:hint="eastAsia"/>
          <w:i/>
          <w:sz w:val="24"/>
          <w:szCs w:val="24"/>
          <w:lang w:val="pt-BR"/>
        </w:rPr>
        <w:t xml:space="preserve"> estudantil nas atividades </w:t>
      </w:r>
      <w:proofErr w:type="spellStart"/>
      <w:r w:rsidR="00D73842" w:rsidRPr="00D73842">
        <w:rPr>
          <w:rFonts w:ascii="Times New Roman" w:hAnsi="Times New Roman" w:cs="Times New Roman" w:hint="eastAsia"/>
          <w:i/>
          <w:sz w:val="24"/>
          <w:szCs w:val="24"/>
          <w:lang w:val="pt-BR"/>
        </w:rPr>
        <w:t>extensionistas</w:t>
      </w:r>
      <w:proofErr w:type="spellEnd"/>
      <w:r w:rsidR="00D73842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D73842" w:rsidRPr="00D73842">
        <w:rPr>
          <w:rFonts w:ascii="Times New Roman" w:hAnsi="Times New Roman" w:cs="Times New Roman" w:hint="eastAsia"/>
          <w:i/>
          <w:sz w:val="24"/>
          <w:szCs w:val="24"/>
          <w:lang w:val="pt-BR"/>
        </w:rPr>
        <w:t xml:space="preserve">(Instrumento para </w:t>
      </w:r>
      <w:proofErr w:type="spellStart"/>
      <w:r w:rsidR="00D73842" w:rsidRPr="00D73842">
        <w:rPr>
          <w:rFonts w:ascii="Times New Roman" w:hAnsi="Times New Roman" w:cs="Times New Roman" w:hint="eastAsia"/>
          <w:i/>
          <w:sz w:val="24"/>
          <w:szCs w:val="24"/>
          <w:lang w:val="pt-BR"/>
        </w:rPr>
        <w:t>autoavaliação</w:t>
      </w:r>
      <w:proofErr w:type="spellEnd"/>
      <w:r w:rsidR="00D73842" w:rsidRPr="00D73842">
        <w:rPr>
          <w:rFonts w:ascii="Times New Roman" w:hAnsi="Times New Roman" w:cs="Times New Roman" w:hint="eastAsia"/>
          <w:i/>
          <w:sz w:val="24"/>
          <w:szCs w:val="24"/>
          <w:lang w:val="pt-BR"/>
        </w:rPr>
        <w:t xml:space="preserve"> quantitativa para uso do estudante)</w:t>
      </w:r>
      <w:r w:rsidR="00D73842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B12BAF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C2669E" w:rsidRPr="00B0296C">
        <w:rPr>
          <w:rFonts w:ascii="Times New Roman" w:hAnsi="Times New Roman" w:cs="Times New Roman"/>
          <w:i/>
          <w:sz w:val="24"/>
          <w:szCs w:val="24"/>
          <w:lang w:val="pt-BR"/>
        </w:rPr>
        <w:t>constante da Resolução nº 0014/2024.</w:t>
      </w:r>
    </w:p>
    <w:sectPr w:rsidR="004B4D30" w:rsidSect="002716D5">
      <w:headerReference w:type="default" r:id="rId8"/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0E3" w:rsidRDefault="00C600E3" w:rsidP="0066435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C600E3" w:rsidRDefault="00C600E3" w:rsidP="0066435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 B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5A5" w:rsidRDefault="004655A5" w:rsidP="004655A5">
    <w:pPr>
      <w:pStyle w:val="Rodap"/>
      <w:ind w:hanging="900"/>
      <w:jc w:val="center"/>
      <w:rPr>
        <w:rFonts w:ascii="Zurich BT" w:hAnsi="Zurich BT" w:hint="eastAsia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EC4607" wp14:editId="66473DE7">
              <wp:simplePos x="0" y="0"/>
              <wp:positionH relativeFrom="column">
                <wp:posOffset>-568960</wp:posOffset>
              </wp:positionH>
              <wp:positionV relativeFrom="paragraph">
                <wp:posOffset>-62865</wp:posOffset>
              </wp:positionV>
              <wp:extent cx="6743700" cy="189865"/>
              <wp:effectExtent l="12065" t="13335" r="6985" b="6350"/>
              <wp:wrapNone/>
              <wp:docPr id="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189865"/>
                      </a:xfrm>
                      <a:custGeom>
                        <a:avLst/>
                        <a:gdLst>
                          <a:gd name="T0" fmla="*/ 0 w 607"/>
                          <a:gd name="T1" fmla="*/ 20 h 20"/>
                          <a:gd name="T2" fmla="*/ 607 w 607"/>
                          <a:gd name="T3" fmla="*/ 20 h 20"/>
                          <a:gd name="T4" fmla="*/ 607 w 607"/>
                          <a:gd name="T5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7" h="20">
                            <a:moveTo>
                              <a:pt x="0" y="20"/>
                            </a:moveTo>
                            <a:lnTo>
                              <a:pt x="607" y="20"/>
                            </a:lnTo>
                            <a:lnTo>
                              <a:pt x="607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41987E" id="Freeform 1" o:spid="_x0000_s1026" style="position:absolute;margin-left:-44.8pt;margin-top:-4.95pt;width:531pt;height:14.95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" path="m,20r607,l607,e" filled="f" strokecolor="#339" strokeweight=".26mm">
              <v:path o:connecttype="custom" o:connectlocs="0,189865;6743700,189865;6743700,0" o:connectangles="0,0,0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1EAC12" wp14:editId="71BC109E">
              <wp:simplePos x="0" y="0"/>
              <wp:positionH relativeFrom="column">
                <wp:posOffset>-568960</wp:posOffset>
              </wp:positionH>
              <wp:positionV relativeFrom="paragraph">
                <wp:posOffset>-120015</wp:posOffset>
              </wp:positionV>
              <wp:extent cx="6673215" cy="199390"/>
              <wp:effectExtent l="12065" t="13335" r="10795" b="6350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3215" cy="199390"/>
                      </a:xfrm>
                      <a:custGeom>
                        <a:avLst/>
                        <a:gdLst>
                          <a:gd name="T0" fmla="*/ 0 w 600"/>
                          <a:gd name="T1" fmla="*/ 21 h 21"/>
                          <a:gd name="T2" fmla="*/ 600 w 600"/>
                          <a:gd name="T3" fmla="*/ 21 h 21"/>
                          <a:gd name="T4" fmla="*/ 600 w 600"/>
                          <a:gd name="T5" fmla="*/ 0 h 2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00" h="21">
                            <a:moveTo>
                              <a:pt x="0" y="21"/>
                            </a:moveTo>
                            <a:lnTo>
                              <a:pt x="600" y="21"/>
                            </a:lnTo>
                            <a:lnTo>
                              <a:pt x="60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FF010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0A0A2F" id="Freeform 2" o:spid="_x0000_s1026" style="position:absolute;margin-left:-44.8pt;margin-top:-9.45pt;width:525.45pt;height:15.7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" path="m,21r600,l600,e" filled="f" strokecolor="#ff0101" strokeweight=".26mm">
              <v:path o:connecttype="custom" o:connectlocs="0,199390;6673215,199390;6673215,0" o:connectangles="0,0,0"/>
            </v:shape>
          </w:pict>
        </mc:Fallback>
      </mc:AlternateConten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8"/>
        <w:szCs w:val="18"/>
        <w:lang w:val="pt-BR"/>
      </w:rPr>
    </w:pPr>
    <w:r w:rsidRPr="004655A5">
      <w:rPr>
        <w:rFonts w:ascii="Arial" w:hAnsi="Arial"/>
        <w:sz w:val="18"/>
        <w:szCs w:val="18"/>
        <w:lang w:val="pt-BR"/>
      </w:rPr>
      <w:t>Rua Santa Cruz, 557 – Centro – Araguaína -TO – CEP 77804-090 - Fone: (63) 3142-2708</w:t>
    </w:r>
  </w:p>
  <w:p w:rsidR="004655A5" w:rsidRPr="004655A5" w:rsidRDefault="004655A5" w:rsidP="004655A5">
    <w:pPr>
      <w:pStyle w:val="Rodap"/>
      <w:ind w:hanging="900"/>
      <w:jc w:val="center"/>
      <w:rPr>
        <w:rFonts w:ascii="Arial" w:hAnsi="Arial"/>
        <w:sz w:val="14"/>
        <w:szCs w:val="14"/>
        <w:lang w:val="pt-BR"/>
      </w:rPr>
    </w:pPr>
    <w:r w:rsidRPr="004655A5">
      <w:rPr>
        <w:rFonts w:ascii="Arial" w:hAnsi="Arial"/>
        <w:sz w:val="14"/>
        <w:szCs w:val="14"/>
        <w:lang w:val="pt-BR"/>
      </w:rPr>
      <w:t>www.catolicaorione.edu.br                                                            ascom@catolicaorione.edu.br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0E3" w:rsidRDefault="00C600E3" w:rsidP="0066435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C600E3" w:rsidRDefault="00C600E3" w:rsidP="0066435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351" w:rsidRDefault="00664351">
    <w:pPr>
      <w:pStyle w:val="Cabealho"/>
      <w:rPr>
        <w:rFonts w:hint="eastAsia"/>
      </w:rPr>
    </w:pPr>
    <w:r>
      <w:rPr>
        <w:noProof/>
        <w:lang w:val="pt-BR" w:eastAsia="pt-BR"/>
      </w:rPr>
      <w:drawing>
        <wp:anchor distT="0" distB="0" distL="114935" distR="114935" simplePos="0" relativeHeight="251657216" behindDoc="1" locked="0" layoutInCell="1" allowOverlap="1" wp14:anchorId="2DDC168F" wp14:editId="6F5A46CC">
          <wp:simplePos x="0" y="0"/>
          <wp:positionH relativeFrom="column">
            <wp:posOffset>2114550</wp:posOffset>
          </wp:positionH>
          <wp:positionV relativeFrom="paragraph">
            <wp:posOffset>-217170</wp:posOffset>
          </wp:positionV>
          <wp:extent cx="1713230" cy="589280"/>
          <wp:effectExtent l="0" t="0" r="1270" b="127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589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4351" w:rsidRDefault="00664351">
    <w:pPr>
      <w:pStyle w:val="Cabealho"/>
      <w:rPr>
        <w:rFonts w:hint="eastAsia"/>
      </w:rPr>
    </w:pPr>
  </w:p>
  <w:p w:rsidR="00664351" w:rsidRDefault="00664351">
    <w:pPr>
      <w:pStyle w:val="Cabealho"/>
      <w:rPr>
        <w:rFonts w:hint="eastAsia"/>
      </w:rPr>
    </w:pPr>
  </w:p>
  <w:p w:rsidR="00963143" w:rsidRPr="00963143" w:rsidRDefault="00963143" w:rsidP="00963143">
    <w:pPr>
      <w:tabs>
        <w:tab w:val="left" w:pos="3440"/>
      </w:tabs>
      <w:spacing w:after="0" w:line="240" w:lineRule="auto"/>
      <w:jc w:val="center"/>
      <w:rPr>
        <w:rFonts w:ascii="Calibri" w:eastAsia="Times New Roman" w:hAnsi="Calibri" w:cs="Arial"/>
        <w:b/>
        <w:sz w:val="28"/>
        <w:szCs w:val="28"/>
        <w:lang w:val="pt-BR" w:eastAsia="pt-BR"/>
      </w:rPr>
    </w:pPr>
    <w:r w:rsidRPr="00963143">
      <w:rPr>
        <w:rFonts w:ascii="Calibri" w:eastAsia="Times New Roman" w:hAnsi="Calibri" w:cs="Arial"/>
        <w:b/>
        <w:sz w:val="28"/>
        <w:szCs w:val="28"/>
        <w:lang w:val="pt-BR" w:eastAsia="pt-BR"/>
      </w:rPr>
      <w:t>NÚCLEO DE EXTENSÃO E INICIAÇÃO CIENTÍFICA</w:t>
    </w:r>
    <w:r>
      <w:rPr>
        <w:rFonts w:ascii="Calibri" w:eastAsia="Times New Roman" w:hAnsi="Calibri" w:cs="Arial"/>
        <w:b/>
        <w:sz w:val="28"/>
        <w:szCs w:val="28"/>
        <w:lang w:val="pt-BR" w:eastAsia="pt-BR"/>
      </w:rPr>
      <w:t xml:space="preserve"> - NEIC</w:t>
    </w:r>
  </w:p>
  <w:p w:rsidR="00601950" w:rsidRDefault="00601950" w:rsidP="00601950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4"/>
        <w:szCs w:val="24"/>
        <w:lang w:val="pt-BR"/>
      </w:rPr>
    </w:pPr>
    <w:r>
      <w:rPr>
        <w:rFonts w:asciiTheme="majorHAnsi" w:hAnsiTheme="majorHAnsi" w:cs="Times New Roman"/>
        <w:b/>
        <w:sz w:val="28"/>
        <w:szCs w:val="28"/>
        <w:lang w:val="pt-BR"/>
      </w:rPr>
      <w:t xml:space="preserve">Protocolo </w:t>
    </w:r>
    <w:r w:rsidR="009E0FFF">
      <w:rPr>
        <w:rFonts w:ascii="Arial" w:hAnsi="Arial" w:cs="Arial"/>
        <w:b/>
        <w:bCs/>
        <w:sz w:val="24"/>
        <w:szCs w:val="24"/>
        <w:lang w:val="pt-BR"/>
      </w:rPr>
      <w:t xml:space="preserve">de </w:t>
    </w:r>
    <w:proofErr w:type="spellStart"/>
    <w:r w:rsidR="009E0FFF">
      <w:rPr>
        <w:rFonts w:ascii="Arial" w:hAnsi="Arial" w:cs="Arial"/>
        <w:b/>
        <w:bCs/>
        <w:sz w:val="24"/>
        <w:szCs w:val="24"/>
        <w:lang w:val="pt-BR"/>
      </w:rPr>
      <w:t>Autoavaliação</w:t>
    </w:r>
    <w:proofErr w:type="spellEnd"/>
    <w:r w:rsidR="009E0FFF">
      <w:rPr>
        <w:rFonts w:ascii="Arial" w:hAnsi="Arial" w:cs="Arial"/>
        <w:b/>
        <w:bCs/>
        <w:sz w:val="24"/>
        <w:szCs w:val="24"/>
        <w:lang w:val="pt-BR"/>
      </w:rPr>
      <w:t xml:space="preserve"> Q</w:t>
    </w:r>
    <w:r w:rsidR="00D73842">
      <w:rPr>
        <w:rFonts w:ascii="Arial" w:hAnsi="Arial" w:cs="Arial"/>
        <w:b/>
        <w:bCs/>
        <w:sz w:val="24"/>
        <w:szCs w:val="24"/>
        <w:lang w:val="pt-BR"/>
      </w:rPr>
      <w:t>uant</w:t>
    </w:r>
    <w:r w:rsidR="009E0FFF">
      <w:rPr>
        <w:rFonts w:ascii="Arial" w:hAnsi="Arial" w:cs="Arial"/>
        <w:b/>
        <w:bCs/>
        <w:sz w:val="24"/>
        <w:szCs w:val="24"/>
        <w:lang w:val="pt-BR"/>
      </w:rPr>
      <w:t xml:space="preserve">itativa Estudantil nas Atividades </w:t>
    </w:r>
    <w:proofErr w:type="spellStart"/>
    <w:r w:rsidR="009E0FFF">
      <w:rPr>
        <w:rFonts w:ascii="Arial" w:hAnsi="Arial" w:cs="Arial"/>
        <w:b/>
        <w:bCs/>
        <w:sz w:val="24"/>
        <w:szCs w:val="24"/>
        <w:lang w:val="pt-BR"/>
      </w:rPr>
      <w:t>E</w:t>
    </w:r>
    <w:r w:rsidR="003B2CC4">
      <w:rPr>
        <w:rFonts w:ascii="Arial" w:hAnsi="Arial" w:cs="Arial"/>
        <w:b/>
        <w:bCs/>
        <w:sz w:val="24"/>
        <w:szCs w:val="24"/>
        <w:lang w:val="pt-BR"/>
      </w:rPr>
      <w:t>xtensionistas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4B8E"/>
    <w:rsid w:val="00034616"/>
    <w:rsid w:val="0006063C"/>
    <w:rsid w:val="0006401C"/>
    <w:rsid w:val="000819D0"/>
    <w:rsid w:val="0015074B"/>
    <w:rsid w:val="001A5526"/>
    <w:rsid w:val="001E58AA"/>
    <w:rsid w:val="0020169E"/>
    <w:rsid w:val="002716D5"/>
    <w:rsid w:val="0029639D"/>
    <w:rsid w:val="002C5ABB"/>
    <w:rsid w:val="002E6579"/>
    <w:rsid w:val="00326F90"/>
    <w:rsid w:val="00367EE0"/>
    <w:rsid w:val="003B2CC4"/>
    <w:rsid w:val="003B780F"/>
    <w:rsid w:val="004439CD"/>
    <w:rsid w:val="00453269"/>
    <w:rsid w:val="004553C3"/>
    <w:rsid w:val="00455A29"/>
    <w:rsid w:val="00461E15"/>
    <w:rsid w:val="004655A5"/>
    <w:rsid w:val="00495F7D"/>
    <w:rsid w:val="004B4D30"/>
    <w:rsid w:val="00575E39"/>
    <w:rsid w:val="00596D05"/>
    <w:rsid w:val="005B6890"/>
    <w:rsid w:val="005B7C18"/>
    <w:rsid w:val="005F52F0"/>
    <w:rsid w:val="00601950"/>
    <w:rsid w:val="00635DD8"/>
    <w:rsid w:val="00642857"/>
    <w:rsid w:val="00664351"/>
    <w:rsid w:val="006A433A"/>
    <w:rsid w:val="006B4CF1"/>
    <w:rsid w:val="006D426D"/>
    <w:rsid w:val="007B1CA6"/>
    <w:rsid w:val="0081460E"/>
    <w:rsid w:val="0082665B"/>
    <w:rsid w:val="008354A3"/>
    <w:rsid w:val="00841038"/>
    <w:rsid w:val="008B4ECC"/>
    <w:rsid w:val="00925A0A"/>
    <w:rsid w:val="00963143"/>
    <w:rsid w:val="009642FB"/>
    <w:rsid w:val="00983C4C"/>
    <w:rsid w:val="009E0FFF"/>
    <w:rsid w:val="00A008F3"/>
    <w:rsid w:val="00A11D7B"/>
    <w:rsid w:val="00A47DBE"/>
    <w:rsid w:val="00A533A6"/>
    <w:rsid w:val="00A96DE2"/>
    <w:rsid w:val="00AA1D8D"/>
    <w:rsid w:val="00AD6479"/>
    <w:rsid w:val="00AE5AAF"/>
    <w:rsid w:val="00B0296C"/>
    <w:rsid w:val="00B12BAF"/>
    <w:rsid w:val="00B2243E"/>
    <w:rsid w:val="00B47730"/>
    <w:rsid w:val="00B72420"/>
    <w:rsid w:val="00B8733C"/>
    <w:rsid w:val="00BB38D2"/>
    <w:rsid w:val="00BB7B39"/>
    <w:rsid w:val="00C2669E"/>
    <w:rsid w:val="00C409DC"/>
    <w:rsid w:val="00C428CF"/>
    <w:rsid w:val="00C600E3"/>
    <w:rsid w:val="00C74A85"/>
    <w:rsid w:val="00C804F2"/>
    <w:rsid w:val="00CA7D89"/>
    <w:rsid w:val="00CB0664"/>
    <w:rsid w:val="00D17941"/>
    <w:rsid w:val="00D51BF7"/>
    <w:rsid w:val="00D57C46"/>
    <w:rsid w:val="00D60FE6"/>
    <w:rsid w:val="00D73842"/>
    <w:rsid w:val="00D77925"/>
    <w:rsid w:val="00D90343"/>
    <w:rsid w:val="00DA1DA2"/>
    <w:rsid w:val="00DC0146"/>
    <w:rsid w:val="00DF3D56"/>
    <w:rsid w:val="00E27E56"/>
    <w:rsid w:val="00E46192"/>
    <w:rsid w:val="00E63C57"/>
    <w:rsid w:val="00F071AC"/>
    <w:rsid w:val="00F30CF4"/>
    <w:rsid w:val="00FA51AD"/>
    <w:rsid w:val="00FC693F"/>
    <w:rsid w:val="00FE68C2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A858178-9E23-4F84-811E-4958893E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618BF"/>
  </w:style>
  <w:style w:type="paragraph" w:styleId="Rodap">
    <w:name w:val="footer"/>
    <w:basedOn w:val="Normal"/>
    <w:link w:val="Rodap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6019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019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01950"/>
    <w:rPr>
      <w:rFonts w:ascii="Aptos" w:hAnsi="Aptos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19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1950"/>
    <w:rPr>
      <w:rFonts w:ascii="Aptos" w:hAnsi="Aptos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81E0B9-04B6-4C53-A9F2-0CFE5DA62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391</Words>
  <Characters>2115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2501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ELZA</cp:lastModifiedBy>
  <cp:revision>53</cp:revision>
  <dcterms:created xsi:type="dcterms:W3CDTF">2013-12-23T23:15:00Z</dcterms:created>
  <dcterms:modified xsi:type="dcterms:W3CDTF">2026-08-24T19:14:00Z</dcterms:modified>
  <cp:category/>
</cp:coreProperties>
</file>