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0E1" w:rsidRDefault="003F40E1" w:rsidP="003F4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Pelo presente instrumento, de um lado, a Faculdade Católica Dom </w:t>
      </w:r>
      <w:proofErr w:type="spellStart"/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Orione</w:t>
      </w:r>
      <w:proofErr w:type="spellEnd"/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inscrita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no CNPJ nº [___________________], com sede à [_____________________], neste ato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representada por seu [__________________], doravante denominada "Instituição de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ensino"; e, de outro lado, </w:t>
      </w:r>
      <w:proofErr w:type="gramStart"/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o(</w:t>
      </w:r>
      <w:proofErr w:type="gramEnd"/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a) </w:t>
      </w:r>
      <w:proofErr w:type="spellStart"/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Sr</w:t>
      </w:r>
      <w:proofErr w:type="spellEnd"/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(a). [______________________________], portador(a)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do CPF nº [___________________________],residente e domiciliado(a) à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[______________________________________________________________________],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doravante denominado(a) "Voluntário(a)", resolvem celebrar o presente TERMO DE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ADESÃO AO SERVIÇO VOLUNTÁRIO, nos termos da Lei nº 9.608/1998, mediante as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seguintes cláusulas e condições: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CLÁUSULA PRIMEIRA - DO OBJETO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>O presente Termo tem por objeto a prestação de serviços voluntários, de caráter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educacional e comunitário, sem remuneração, sem qualquer vínculo empregatício,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funcional ou previdenciário, por parte </w:t>
      </w:r>
      <w:proofErr w:type="gramStart"/>
      <w:r w:rsidRPr="003F40E1">
        <w:rPr>
          <w:rFonts w:ascii="Times New Roman" w:hAnsi="Times New Roman" w:cs="Times New Roman"/>
          <w:sz w:val="24"/>
          <w:szCs w:val="24"/>
          <w:lang w:val="pt-BR"/>
        </w:rPr>
        <w:t>do(</w:t>
      </w:r>
      <w:proofErr w:type="gramEnd"/>
      <w:r w:rsidRPr="003F40E1">
        <w:rPr>
          <w:rFonts w:ascii="Times New Roman" w:hAnsi="Times New Roman" w:cs="Times New Roman"/>
          <w:sz w:val="24"/>
          <w:szCs w:val="24"/>
          <w:lang w:val="pt-BR"/>
        </w:rPr>
        <w:t>a) Voluntário(a), junto à Instituição de ensino, que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se compromete a fornecer os meios necessários para o desempenho das atividades a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serem realizadas.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CLÁUSULA SEGUNDA - DAS ATIVIDADES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As atividades a serem desenvolvidas </w:t>
      </w:r>
      <w:proofErr w:type="gramStart"/>
      <w:r w:rsidRPr="003F40E1">
        <w:rPr>
          <w:rFonts w:ascii="Times New Roman" w:hAnsi="Times New Roman" w:cs="Times New Roman"/>
          <w:sz w:val="24"/>
          <w:szCs w:val="24"/>
          <w:lang w:val="pt-BR"/>
        </w:rPr>
        <w:t>pelo(</w:t>
      </w:r>
      <w:proofErr w:type="gramEnd"/>
      <w:r w:rsidRPr="003F40E1">
        <w:rPr>
          <w:rFonts w:ascii="Times New Roman" w:hAnsi="Times New Roman" w:cs="Times New Roman"/>
          <w:sz w:val="24"/>
          <w:szCs w:val="24"/>
          <w:lang w:val="pt-BR"/>
        </w:rPr>
        <w:t>a) Voluntário(a) serão de natureza educativa,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comunitária e assistencial, conforme segue:</w:t>
      </w:r>
    </w:p>
    <w:p w:rsidR="003F40E1" w:rsidRPr="003F40E1" w:rsidRDefault="003F40E1" w:rsidP="003F40E1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>Apoio na articulação entre a comunidade e a Instituição de ensino em projetos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educacionais </w:t>
      </w:r>
      <w:proofErr w:type="spellStart"/>
      <w:r w:rsidRPr="003F40E1">
        <w:rPr>
          <w:rFonts w:ascii="Times New Roman" w:hAnsi="Times New Roman" w:cs="Times New Roman"/>
          <w:sz w:val="24"/>
          <w:szCs w:val="24"/>
          <w:lang w:val="pt-BR"/>
        </w:rPr>
        <w:t>extensionistas</w:t>
      </w:r>
      <w:proofErr w:type="spellEnd"/>
      <w:r w:rsidRPr="003F40E1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3F40E1" w:rsidRPr="003F40E1" w:rsidRDefault="003F40E1" w:rsidP="003F40E1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>Desenvolvimento de atividades de caráter pedagógico e comunitário, que visem à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integração da comunidade acadêmica e externa.</w:t>
      </w:r>
    </w:p>
    <w:p w:rsidR="003F40E1" w:rsidRPr="003F40E1" w:rsidRDefault="003F40E1" w:rsidP="003F40E1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>Outras atividades correlatas, de comum acordo entre as partes.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CLÁUSULA TERCEIRA - DA GRATUIDADE E DA AUSÊNCIA DE VÍNCULO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EMPREGATÍCIO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3F40E1">
        <w:rPr>
          <w:rFonts w:ascii="Times New Roman" w:hAnsi="Times New Roman" w:cs="Times New Roman"/>
          <w:sz w:val="24"/>
          <w:szCs w:val="24"/>
          <w:lang w:val="pt-BR"/>
        </w:rPr>
        <w:t>O(</w:t>
      </w:r>
      <w:proofErr w:type="gramEnd"/>
      <w:r w:rsidRPr="003F40E1">
        <w:rPr>
          <w:rFonts w:ascii="Times New Roman" w:hAnsi="Times New Roman" w:cs="Times New Roman"/>
          <w:sz w:val="24"/>
          <w:szCs w:val="24"/>
          <w:lang w:val="pt-BR"/>
        </w:rPr>
        <w:t>a) Voluntário(a) declara expressamente que tem pleno conhecimento de que as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atividades ora pactuadas são de natureza voluntária, não sendo devidas quaisquer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remunerações, subsídios, benefícios ou pagamentos de qualquer espécie, bem como de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que não se estabelece qualquer vínculo empregatício, funcional ou previdenciário com a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Instituição de Ensino.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CLÁUSULA QUARTA - DA DURAÇÃO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>O presente Termo de Voluntariado entra em vigor na data de sua assinatura e terá validade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por um período de [</w:t>
      </w:r>
      <w:r w:rsidRPr="003F40E1">
        <w:rPr>
          <w:rFonts w:ascii="Times New Roman" w:hAnsi="Times New Roman" w:cs="Times New Roman"/>
          <w:i/>
          <w:iCs/>
          <w:sz w:val="24"/>
          <w:szCs w:val="24"/>
          <w:lang w:val="pt-BR"/>
        </w:rPr>
        <w:t>definir prazo ou colocar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], podendo ser rescindido por qualquer das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partes mediante comunicação por escrito com antecedência mínima de [prazo].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lastRenderedPageBreak/>
        <w:t>CLÁUSULA QUINTA - DAS OBRIGAÇÕES DA INSTITUIÇÃO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>A Instituição se compromete a:</w:t>
      </w:r>
    </w:p>
    <w:p w:rsidR="003F40E1" w:rsidRPr="003F40E1" w:rsidRDefault="003F40E1" w:rsidP="003F40E1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Fornecer ao (à) </w:t>
      </w:r>
      <w:proofErr w:type="gramStart"/>
      <w:r w:rsidRPr="003F40E1">
        <w:rPr>
          <w:rFonts w:ascii="Times New Roman" w:hAnsi="Times New Roman" w:cs="Times New Roman"/>
          <w:sz w:val="24"/>
          <w:szCs w:val="24"/>
          <w:lang w:val="pt-BR"/>
        </w:rPr>
        <w:t>Voluntário(</w:t>
      </w:r>
      <w:proofErr w:type="gramEnd"/>
      <w:r w:rsidRPr="003F40E1">
        <w:rPr>
          <w:rFonts w:ascii="Times New Roman" w:hAnsi="Times New Roman" w:cs="Times New Roman"/>
          <w:sz w:val="24"/>
          <w:szCs w:val="24"/>
          <w:lang w:val="pt-BR"/>
        </w:rPr>
        <w:t>a) as condições necessárias ao bom desempenho das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atividades voluntárias acordadas.</w:t>
      </w:r>
    </w:p>
    <w:p w:rsidR="003F40E1" w:rsidRPr="003F40E1" w:rsidRDefault="003F40E1" w:rsidP="003F40E1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>Garantir o apoio logístico e estrutural necessário para a execução dos serviços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prestados </w:t>
      </w:r>
      <w:proofErr w:type="gramStart"/>
      <w:r w:rsidRPr="003F40E1">
        <w:rPr>
          <w:rFonts w:ascii="Times New Roman" w:hAnsi="Times New Roman" w:cs="Times New Roman"/>
          <w:sz w:val="24"/>
          <w:szCs w:val="24"/>
          <w:lang w:val="pt-BR"/>
        </w:rPr>
        <w:t>pelo(</w:t>
      </w:r>
      <w:proofErr w:type="gramEnd"/>
      <w:r w:rsidRPr="003F40E1">
        <w:rPr>
          <w:rFonts w:ascii="Times New Roman" w:hAnsi="Times New Roman" w:cs="Times New Roman"/>
          <w:sz w:val="24"/>
          <w:szCs w:val="24"/>
          <w:lang w:val="pt-BR"/>
        </w:rPr>
        <w:t>a) Voluntário(a).</w:t>
      </w:r>
    </w:p>
    <w:p w:rsidR="003F40E1" w:rsidRPr="003F40E1" w:rsidRDefault="003F40E1" w:rsidP="003F40E1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>Respeitar as condições pactuadas no presente Termo, zelando pelo cumprimento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das finalidades educacionais e comunitárias.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CLÁUSULA SEXTA - DAS OBRIGAÇÕES </w:t>
      </w:r>
      <w:proofErr w:type="gramStart"/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DO(</w:t>
      </w:r>
      <w:proofErr w:type="gramEnd"/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A) VOLUNTÁRIO(A)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3F40E1">
        <w:rPr>
          <w:rFonts w:ascii="Times New Roman" w:hAnsi="Times New Roman" w:cs="Times New Roman"/>
          <w:sz w:val="24"/>
          <w:szCs w:val="24"/>
          <w:lang w:val="pt-BR"/>
        </w:rPr>
        <w:t>O(</w:t>
      </w:r>
      <w:proofErr w:type="gramEnd"/>
      <w:r w:rsidRPr="003F40E1">
        <w:rPr>
          <w:rFonts w:ascii="Times New Roman" w:hAnsi="Times New Roman" w:cs="Times New Roman"/>
          <w:sz w:val="24"/>
          <w:szCs w:val="24"/>
          <w:lang w:val="pt-BR"/>
        </w:rPr>
        <w:t>a) Voluntário(a) se compromete a:</w:t>
      </w:r>
    </w:p>
    <w:p w:rsidR="003F40E1" w:rsidRPr="003F40E1" w:rsidRDefault="003F40E1" w:rsidP="003F40E1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>Realizar as atividades pactuadas com zelo, responsabilidade e de acordo com as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diretrizes estabelecidas pela Instituição.</w:t>
      </w:r>
    </w:p>
    <w:p w:rsidR="003F40E1" w:rsidRPr="003F40E1" w:rsidRDefault="003F40E1" w:rsidP="003F40E1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>Não reivindicar qualquer tipo de remuneração ou benefício pela prestação dos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serviços voluntários, reconhecendo a gratuidade do serviço.</w:t>
      </w:r>
    </w:p>
    <w:p w:rsidR="003F40E1" w:rsidRPr="003F40E1" w:rsidRDefault="003F40E1" w:rsidP="003F40E1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>Informar prontamente a Instituição de Ensino sobre qualquer impossibilidade de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cumprimento das atividades estabelecidas.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CLÁUSULA SÉTIMA - DA RESCISÃO</w:t>
      </w:r>
    </w:p>
    <w:p w:rsidR="008B4ECC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>O presente Termo poderá ser rescindido a qualquer tempo, por iniciativa de qualquer das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partes, mediante aviso prévio por escrito com antecedência mínima de [</w:t>
      </w:r>
      <w:r w:rsidRPr="003F40E1">
        <w:rPr>
          <w:rFonts w:ascii="Times New Roman" w:hAnsi="Times New Roman" w:cs="Times New Roman"/>
          <w:i/>
          <w:iCs/>
          <w:sz w:val="24"/>
          <w:szCs w:val="24"/>
          <w:lang w:val="pt-BR"/>
        </w:rPr>
        <w:t>prazo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], sem que tal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ato gere qualquer direito a indenização, pagamento de multa ou qualquer tipo de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compensação.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CLÁUSULA OITAVA - DAS DISPOSIÇÕES GERAIS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>1. As partes declaram que todas as disposições do presente Termo foram lidas,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entendidas e acordadas, e que o mesmo se fundamenta na legislação aplicável,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especialmente na Lei nº 9.608/1998, que regulamenta o serviço voluntário no Brasil.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>2. O presente Termo será regido e interpretado conforme a legislação brasileira.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CLÁUSULA NONA - DO FORO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>Fica eleito o foro da Comarca de [Araguaína/Tocantins] para dirimir quaisquer dúvidas ou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controvérsias decorrentes deste Termo, com renúncia expressa a qualquer outro, por mais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F40E1">
        <w:rPr>
          <w:rFonts w:ascii="Times New Roman" w:hAnsi="Times New Roman" w:cs="Times New Roman"/>
          <w:sz w:val="24"/>
          <w:szCs w:val="24"/>
          <w:lang w:val="pt-BR"/>
        </w:rPr>
        <w:t>privilegiado que seja.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Araguaína, dia, mês, ano.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Assinatura </w:t>
      </w:r>
      <w:proofErr w:type="gramStart"/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do(</w:t>
      </w:r>
      <w:proofErr w:type="gramEnd"/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a) Voluntário(a)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sz w:val="24"/>
          <w:szCs w:val="24"/>
          <w:lang w:val="pt-BR"/>
        </w:rPr>
        <w:t>Nome: [Nome Completo do Voluntário]</w:t>
      </w:r>
    </w:p>
    <w:p w:rsidR="003F40E1" w:rsidRPr="003F40E1" w:rsidRDefault="003F40E1" w:rsidP="003F40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3F40E1" w:rsidRPr="003F40E1" w:rsidRDefault="003F40E1" w:rsidP="003F40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3F40E1" w:rsidRPr="003F40E1" w:rsidRDefault="003F40E1" w:rsidP="003F40E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3F40E1">
        <w:rPr>
          <w:rFonts w:ascii="Times New Roman" w:hAnsi="Times New Roman" w:cs="Times New Roman"/>
          <w:b/>
          <w:bCs/>
          <w:sz w:val="24"/>
          <w:szCs w:val="24"/>
          <w:lang w:val="pt-BR"/>
        </w:rPr>
        <w:t>Assinatura do Representante da Instituição de Ensino</w:t>
      </w:r>
    </w:p>
    <w:p w:rsidR="004B4D30" w:rsidRDefault="004B4D30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4B4D30" w:rsidRDefault="00BB38D2" w:rsidP="00AD4256">
      <w:pPr>
        <w:jc w:val="center"/>
        <w:rPr>
          <w:rFonts w:ascii="Times New Roman" w:hAnsi="Times New Roman" w:cs="Times New Roman"/>
          <w:i/>
          <w:sz w:val="24"/>
          <w:szCs w:val="24"/>
          <w:lang w:val="pt-BR"/>
        </w:rPr>
      </w:pPr>
      <w:r>
        <w:rPr>
          <w:rFonts w:ascii="Times New Roman" w:hAnsi="Times New Roman" w:cs="Times New Roman"/>
          <w:i/>
          <w:sz w:val="24"/>
          <w:szCs w:val="24"/>
          <w:lang w:val="pt-BR"/>
        </w:rPr>
        <w:t>Observação: este formulário</w:t>
      </w:r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 xml:space="preserve"> foi estruturado a partir do </w:t>
      </w:r>
      <w:r w:rsidR="00AD4256" w:rsidRPr="00AD4256">
        <w:rPr>
          <w:rFonts w:ascii="Times New Roman" w:hAnsi="Times New Roman" w:cs="Times New Roman" w:hint="eastAsia"/>
          <w:i/>
          <w:sz w:val="24"/>
          <w:szCs w:val="24"/>
          <w:lang w:val="pt-BR"/>
        </w:rPr>
        <w:t>APÊNDICE IX:</w:t>
      </w:r>
      <w:r w:rsidR="00AD4256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bookmarkStart w:id="0" w:name="_GoBack"/>
      <w:bookmarkEnd w:id="0"/>
      <w:r w:rsidR="00AD4256" w:rsidRPr="00AD4256">
        <w:rPr>
          <w:rFonts w:ascii="Times New Roman" w:hAnsi="Times New Roman" w:cs="Times New Roman" w:hint="eastAsia"/>
          <w:i/>
          <w:sz w:val="24"/>
          <w:szCs w:val="24"/>
          <w:lang w:val="pt-BR"/>
        </w:rPr>
        <w:t>Termo de adesão ao serviço voluntário</w:t>
      </w:r>
      <w:r w:rsidR="00793C37" w:rsidRPr="00793C37">
        <w:rPr>
          <w:rFonts w:ascii="Times New Roman" w:hAnsi="Times New Roman" w:cs="Times New Roman" w:hint="eastAsia"/>
          <w:i/>
          <w:sz w:val="24"/>
          <w:szCs w:val="24"/>
          <w:lang w:val="pt-BR"/>
        </w:rPr>
        <w:t>)</w:t>
      </w:r>
      <w:r w:rsidR="00793C37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>constante da Resolução nº 0014/2024.</w:t>
      </w:r>
    </w:p>
    <w:sectPr w:rsidR="004B4D30" w:rsidSect="002716D5">
      <w:headerReference w:type="default" r:id="rId8"/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64E" w:rsidRDefault="00AD664E" w:rsidP="0066435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AD664E" w:rsidRDefault="00AD664E" w:rsidP="0066435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 B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5A5" w:rsidRDefault="004655A5" w:rsidP="004655A5">
    <w:pPr>
      <w:pStyle w:val="Rodap"/>
      <w:ind w:hanging="900"/>
      <w:jc w:val="center"/>
      <w:rPr>
        <w:rFonts w:ascii="Zurich BT" w:hAnsi="Zurich BT" w:hint="eastAsia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EC4607" wp14:editId="66473DE7">
              <wp:simplePos x="0" y="0"/>
              <wp:positionH relativeFrom="column">
                <wp:posOffset>-568960</wp:posOffset>
              </wp:positionH>
              <wp:positionV relativeFrom="paragraph">
                <wp:posOffset>-62865</wp:posOffset>
              </wp:positionV>
              <wp:extent cx="6743700" cy="189865"/>
              <wp:effectExtent l="12065" t="13335" r="6985" b="6350"/>
              <wp:wrapNone/>
              <wp:docPr id="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189865"/>
                      </a:xfrm>
                      <a:custGeom>
                        <a:avLst/>
                        <a:gdLst>
                          <a:gd name="T0" fmla="*/ 0 w 607"/>
                          <a:gd name="T1" fmla="*/ 20 h 20"/>
                          <a:gd name="T2" fmla="*/ 607 w 607"/>
                          <a:gd name="T3" fmla="*/ 20 h 20"/>
                          <a:gd name="T4" fmla="*/ 607 w 607"/>
                          <a:gd name="T5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7" h="20">
                            <a:moveTo>
                              <a:pt x="0" y="20"/>
                            </a:moveTo>
                            <a:lnTo>
                              <a:pt x="607" y="20"/>
                            </a:lnTo>
                            <a:lnTo>
                              <a:pt x="607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29B258" id="Freeform 1" o:spid="_x0000_s1026" style="position:absolute;margin-left:-44.8pt;margin-top:-4.95pt;width:531pt;height:14.95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" path="m,20r607,l607,e" filled="f" strokecolor="#339" strokeweight=".26mm">
              <v:path o:connecttype="custom" o:connectlocs="0,189865;6743700,189865;6743700,0" o:connectangles="0,0,0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1EAC12" wp14:editId="71BC109E">
              <wp:simplePos x="0" y="0"/>
              <wp:positionH relativeFrom="column">
                <wp:posOffset>-568960</wp:posOffset>
              </wp:positionH>
              <wp:positionV relativeFrom="paragraph">
                <wp:posOffset>-120015</wp:posOffset>
              </wp:positionV>
              <wp:extent cx="6673215" cy="199390"/>
              <wp:effectExtent l="12065" t="13335" r="10795" b="6350"/>
              <wp:wrapNone/>
              <wp:docPr id="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3215" cy="199390"/>
                      </a:xfrm>
                      <a:custGeom>
                        <a:avLst/>
                        <a:gdLst>
                          <a:gd name="T0" fmla="*/ 0 w 600"/>
                          <a:gd name="T1" fmla="*/ 21 h 21"/>
                          <a:gd name="T2" fmla="*/ 600 w 600"/>
                          <a:gd name="T3" fmla="*/ 21 h 21"/>
                          <a:gd name="T4" fmla="*/ 600 w 600"/>
                          <a:gd name="T5" fmla="*/ 0 h 2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0" h="21">
                            <a:moveTo>
                              <a:pt x="0" y="21"/>
                            </a:moveTo>
                            <a:lnTo>
                              <a:pt x="600" y="21"/>
                            </a:lnTo>
                            <a:lnTo>
                              <a:pt x="600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FF010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82FB99" id="Freeform 2" o:spid="_x0000_s1026" style="position:absolute;margin-left:-44.8pt;margin-top:-9.45pt;width:525.45pt;height:15.7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" path="m,21r600,l600,e" filled="f" strokecolor="#ff0101" strokeweight=".26mm">
              <v:path o:connecttype="custom" o:connectlocs="0,199390;6673215,199390;6673215,0" o:connectangles="0,0,0"/>
            </v:shape>
          </w:pict>
        </mc:Fallback>
      </mc:AlternateContent>
    </w:r>
  </w:p>
  <w:p w:rsidR="004655A5" w:rsidRPr="004655A5" w:rsidRDefault="004655A5" w:rsidP="004655A5">
    <w:pPr>
      <w:pStyle w:val="Rodap"/>
      <w:ind w:hanging="900"/>
      <w:jc w:val="center"/>
      <w:rPr>
        <w:rFonts w:ascii="Arial" w:hAnsi="Arial"/>
        <w:sz w:val="18"/>
        <w:szCs w:val="18"/>
        <w:lang w:val="pt-BR"/>
      </w:rPr>
    </w:pPr>
    <w:r w:rsidRPr="004655A5">
      <w:rPr>
        <w:rFonts w:ascii="Arial" w:hAnsi="Arial"/>
        <w:sz w:val="18"/>
        <w:szCs w:val="18"/>
        <w:lang w:val="pt-BR"/>
      </w:rPr>
      <w:t>Rua Santa Cruz, 557 – Centro – Araguaína -TO – CEP 77804-090 - Fone: (63) 3142-2708</w:t>
    </w:r>
  </w:p>
  <w:p w:rsidR="004655A5" w:rsidRPr="004655A5" w:rsidRDefault="004655A5" w:rsidP="004655A5">
    <w:pPr>
      <w:pStyle w:val="Rodap"/>
      <w:ind w:hanging="900"/>
      <w:jc w:val="center"/>
      <w:rPr>
        <w:rFonts w:ascii="Arial" w:hAnsi="Arial"/>
        <w:sz w:val="14"/>
        <w:szCs w:val="14"/>
        <w:lang w:val="pt-BR"/>
      </w:rPr>
    </w:pPr>
    <w:r w:rsidRPr="004655A5">
      <w:rPr>
        <w:rFonts w:ascii="Arial" w:hAnsi="Arial"/>
        <w:sz w:val="14"/>
        <w:szCs w:val="14"/>
        <w:lang w:val="pt-BR"/>
      </w:rPr>
      <w:t>www.catolicaorione.edu.br                                                            ascom@catolicaorione.edu.br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64E" w:rsidRDefault="00AD664E" w:rsidP="0066435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AD664E" w:rsidRDefault="00AD664E" w:rsidP="0066435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351" w:rsidRDefault="00664351">
    <w:pPr>
      <w:pStyle w:val="Cabealho"/>
      <w:rPr>
        <w:rFonts w:hint="eastAsia"/>
      </w:rPr>
    </w:pPr>
    <w:r>
      <w:rPr>
        <w:noProof/>
        <w:lang w:val="pt-BR" w:eastAsia="pt-BR"/>
      </w:rPr>
      <w:drawing>
        <wp:anchor distT="0" distB="0" distL="114935" distR="114935" simplePos="0" relativeHeight="251657216" behindDoc="1" locked="0" layoutInCell="1" allowOverlap="1" wp14:anchorId="2DDC168F" wp14:editId="6F5A46CC">
          <wp:simplePos x="0" y="0"/>
          <wp:positionH relativeFrom="column">
            <wp:posOffset>2114550</wp:posOffset>
          </wp:positionH>
          <wp:positionV relativeFrom="paragraph">
            <wp:posOffset>-217170</wp:posOffset>
          </wp:positionV>
          <wp:extent cx="1713230" cy="589280"/>
          <wp:effectExtent l="0" t="0" r="1270" b="127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589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4351" w:rsidRDefault="00664351">
    <w:pPr>
      <w:pStyle w:val="Cabealho"/>
      <w:rPr>
        <w:rFonts w:hint="eastAsia"/>
      </w:rPr>
    </w:pPr>
  </w:p>
  <w:p w:rsidR="00664351" w:rsidRDefault="00664351">
    <w:pPr>
      <w:pStyle w:val="Cabealho"/>
      <w:rPr>
        <w:rFonts w:hint="eastAsia"/>
      </w:rPr>
    </w:pPr>
  </w:p>
  <w:p w:rsidR="00963143" w:rsidRPr="00963143" w:rsidRDefault="00963143" w:rsidP="00963143">
    <w:pPr>
      <w:tabs>
        <w:tab w:val="left" w:pos="3440"/>
      </w:tabs>
      <w:spacing w:after="0" w:line="240" w:lineRule="auto"/>
      <w:jc w:val="center"/>
      <w:rPr>
        <w:rFonts w:ascii="Calibri" w:eastAsia="Times New Roman" w:hAnsi="Calibri" w:cs="Arial"/>
        <w:b/>
        <w:sz w:val="28"/>
        <w:szCs w:val="28"/>
        <w:lang w:val="pt-BR" w:eastAsia="pt-BR"/>
      </w:rPr>
    </w:pPr>
    <w:r w:rsidRPr="00963143">
      <w:rPr>
        <w:rFonts w:ascii="Calibri" w:eastAsia="Times New Roman" w:hAnsi="Calibri" w:cs="Arial"/>
        <w:b/>
        <w:sz w:val="28"/>
        <w:szCs w:val="28"/>
        <w:lang w:val="pt-BR" w:eastAsia="pt-BR"/>
      </w:rPr>
      <w:t>NÚCLEO DE EXTENSÃO E INICIAÇÃO CIENTÍFICA</w:t>
    </w:r>
    <w:r>
      <w:rPr>
        <w:rFonts w:ascii="Calibri" w:eastAsia="Times New Roman" w:hAnsi="Calibri" w:cs="Arial"/>
        <w:b/>
        <w:sz w:val="28"/>
        <w:szCs w:val="28"/>
        <w:lang w:val="pt-BR" w:eastAsia="pt-BR"/>
      </w:rPr>
      <w:t xml:space="preserve"> - NEIC</w:t>
    </w:r>
  </w:p>
  <w:p w:rsidR="003F40E1" w:rsidRDefault="003F40E1" w:rsidP="003F40E1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4"/>
        <w:szCs w:val="24"/>
        <w:lang w:val="pt-BR"/>
      </w:rPr>
    </w:pPr>
    <w:r>
      <w:rPr>
        <w:rFonts w:ascii="Arial" w:hAnsi="Arial" w:cs="Arial"/>
        <w:b/>
        <w:bCs/>
        <w:sz w:val="24"/>
        <w:szCs w:val="24"/>
        <w:lang w:val="pt-BR"/>
      </w:rPr>
      <w:t>APÊNDICE IX:</w:t>
    </w:r>
  </w:p>
  <w:p w:rsidR="00601950" w:rsidRDefault="003F40E1" w:rsidP="003F40E1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4"/>
        <w:szCs w:val="24"/>
        <w:lang w:val="pt-BR"/>
      </w:rPr>
    </w:pPr>
    <w:r>
      <w:rPr>
        <w:rFonts w:ascii="Arial" w:hAnsi="Arial" w:cs="Arial"/>
        <w:b/>
        <w:bCs/>
        <w:sz w:val="24"/>
        <w:szCs w:val="24"/>
        <w:lang w:val="pt-BR"/>
      </w:rPr>
      <w:t>Termo de adesão ao serviço voluntário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6F46591"/>
    <w:multiLevelType w:val="hybridMultilevel"/>
    <w:tmpl w:val="59CA22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F3267"/>
    <w:multiLevelType w:val="hybridMultilevel"/>
    <w:tmpl w:val="CD9205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BD5C73"/>
    <w:multiLevelType w:val="hybridMultilevel"/>
    <w:tmpl w:val="F5B824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4B8E"/>
    <w:rsid w:val="00034616"/>
    <w:rsid w:val="0006063C"/>
    <w:rsid w:val="0006401C"/>
    <w:rsid w:val="000819D0"/>
    <w:rsid w:val="000B1C29"/>
    <w:rsid w:val="0015074B"/>
    <w:rsid w:val="001E58AA"/>
    <w:rsid w:val="0020169E"/>
    <w:rsid w:val="00262A2D"/>
    <w:rsid w:val="002716D5"/>
    <w:rsid w:val="0029639D"/>
    <w:rsid w:val="002C5ABB"/>
    <w:rsid w:val="002E6579"/>
    <w:rsid w:val="00326F90"/>
    <w:rsid w:val="00367EE0"/>
    <w:rsid w:val="003B2CC4"/>
    <w:rsid w:val="003B780F"/>
    <w:rsid w:val="003F40E1"/>
    <w:rsid w:val="004439CD"/>
    <w:rsid w:val="00453269"/>
    <w:rsid w:val="004553C3"/>
    <w:rsid w:val="00455A29"/>
    <w:rsid w:val="00461E15"/>
    <w:rsid w:val="004655A5"/>
    <w:rsid w:val="00495F7D"/>
    <w:rsid w:val="004A3DF5"/>
    <w:rsid w:val="004B4D30"/>
    <w:rsid w:val="00575E39"/>
    <w:rsid w:val="00596D05"/>
    <w:rsid w:val="005B6890"/>
    <w:rsid w:val="005B7C18"/>
    <w:rsid w:val="005E7416"/>
    <w:rsid w:val="005F52F0"/>
    <w:rsid w:val="00601950"/>
    <w:rsid w:val="00635DD8"/>
    <w:rsid w:val="00642857"/>
    <w:rsid w:val="00664351"/>
    <w:rsid w:val="006A433A"/>
    <w:rsid w:val="006B4CF1"/>
    <w:rsid w:val="006D426D"/>
    <w:rsid w:val="00701593"/>
    <w:rsid w:val="00793C37"/>
    <w:rsid w:val="007B1CA6"/>
    <w:rsid w:val="0081460E"/>
    <w:rsid w:val="0082665B"/>
    <w:rsid w:val="008354A3"/>
    <w:rsid w:val="00841038"/>
    <w:rsid w:val="008B4ECC"/>
    <w:rsid w:val="008E29A9"/>
    <w:rsid w:val="00903BDF"/>
    <w:rsid w:val="00925A0A"/>
    <w:rsid w:val="00963143"/>
    <w:rsid w:val="009642FB"/>
    <w:rsid w:val="00983C4C"/>
    <w:rsid w:val="00A008F3"/>
    <w:rsid w:val="00A11D7B"/>
    <w:rsid w:val="00A47DBE"/>
    <w:rsid w:val="00A533A6"/>
    <w:rsid w:val="00A96DE2"/>
    <w:rsid w:val="00AA1D8D"/>
    <w:rsid w:val="00AD4256"/>
    <w:rsid w:val="00AD6479"/>
    <w:rsid w:val="00AD664E"/>
    <w:rsid w:val="00AE5AAF"/>
    <w:rsid w:val="00B0296C"/>
    <w:rsid w:val="00B12BAF"/>
    <w:rsid w:val="00B2243E"/>
    <w:rsid w:val="00B47730"/>
    <w:rsid w:val="00B72420"/>
    <w:rsid w:val="00B8733C"/>
    <w:rsid w:val="00BB38D2"/>
    <w:rsid w:val="00BB7B39"/>
    <w:rsid w:val="00C23FBE"/>
    <w:rsid w:val="00C2669E"/>
    <w:rsid w:val="00C409DC"/>
    <w:rsid w:val="00C428CF"/>
    <w:rsid w:val="00C64186"/>
    <w:rsid w:val="00C74A85"/>
    <w:rsid w:val="00C804F2"/>
    <w:rsid w:val="00CA7D89"/>
    <w:rsid w:val="00CB0664"/>
    <w:rsid w:val="00D17941"/>
    <w:rsid w:val="00D51BF7"/>
    <w:rsid w:val="00D57C46"/>
    <w:rsid w:val="00D60FE6"/>
    <w:rsid w:val="00D63639"/>
    <w:rsid w:val="00D77925"/>
    <w:rsid w:val="00D8044A"/>
    <w:rsid w:val="00D90343"/>
    <w:rsid w:val="00DA1DA2"/>
    <w:rsid w:val="00DC0146"/>
    <w:rsid w:val="00DF3D56"/>
    <w:rsid w:val="00E16E82"/>
    <w:rsid w:val="00E27E56"/>
    <w:rsid w:val="00E46192"/>
    <w:rsid w:val="00E63C57"/>
    <w:rsid w:val="00EF42BD"/>
    <w:rsid w:val="00F0173A"/>
    <w:rsid w:val="00F071AC"/>
    <w:rsid w:val="00F30CF4"/>
    <w:rsid w:val="00FA51AD"/>
    <w:rsid w:val="00FC693F"/>
    <w:rsid w:val="00FE68C2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2A858178-9E23-4F84-811E-4958893E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618BF"/>
  </w:style>
  <w:style w:type="paragraph" w:styleId="Rodap">
    <w:name w:val="footer"/>
    <w:basedOn w:val="Normal"/>
    <w:link w:val="Rodap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6019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019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01950"/>
    <w:rPr>
      <w:rFonts w:ascii="Aptos" w:hAnsi="Aptos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019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01950"/>
    <w:rPr>
      <w:rFonts w:ascii="Aptos" w:hAnsi="Aptos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04607A-8427-4694-BC89-EBE571F0A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</Pages>
  <Words>671</Words>
  <Characters>3626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4289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ELZA</cp:lastModifiedBy>
  <cp:revision>60</cp:revision>
  <dcterms:created xsi:type="dcterms:W3CDTF">2013-12-23T23:15:00Z</dcterms:created>
  <dcterms:modified xsi:type="dcterms:W3CDTF">2026-08-24T20:58:00Z</dcterms:modified>
  <cp:category/>
</cp:coreProperties>
</file>